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REQUERIMENTO DE TRANSFERÊNCIA ESCOLAR</w:t>
      </w:r>
    </w:p>
    <w:p/>
    <w:p/>
    <w:p>
      <w:pPr>
        <w:jc w:val="both"/>
      </w:pPr>
      <w:r>
        <w:rPr>
          <w:b w:val="0"/>
          <w:sz w:val="20"/>
        </w:rPr>
        <w:t>Ilmo(a). Sr(a). Diretor(a) da Escola ______________________________________________________</w:t>
      </w:r>
    </w:p>
    <w:p/>
    <w:p>
      <w:pPr>
        <w:jc w:val="both"/>
      </w:pPr>
      <w:r>
        <w:rPr>
          <w:b w:val="0"/>
          <w:sz w:val="22"/>
        </w:rPr>
        <w:t>Eu, ________________________________________________________________, portador(a) do RG nº ______________________ e CPF nº ______________________, residente e domiciliado(a) à ________________________________________________, telefone para contato (____) ________________, na qualidade de responsável legal pelo(a) aluno(a) abaixo qualificado(a), venho respeitosamente requerer a transferência escolar do(a) referido(a) aluno(a).</w:t>
      </w:r>
    </w:p>
    <w:p/>
    <w:p>
      <w:pPr>
        <w:jc w:val="center"/>
      </w:pPr>
      <w:r>
        <w:rPr>
          <w:b/>
          <w:sz w:val="22"/>
        </w:rPr>
        <w:t>DADOS DO ALUNO</w:t>
      </w:r>
    </w:p>
    <w:p/>
    <w:p>
      <w:pPr>
        <w:jc w:val="both"/>
      </w:pPr>
      <w:r>
        <w:rPr>
          <w:b w:val="0"/>
          <w:sz w:val="20"/>
        </w:rPr>
        <w:t>Nome completo: _______________________________________________________________</w:t>
      </w:r>
    </w:p>
    <w:p>
      <w:pPr>
        <w:jc w:val="both"/>
      </w:pPr>
      <w:r>
        <w:rPr>
          <w:b w:val="0"/>
          <w:sz w:val="20"/>
        </w:rPr>
        <w:t>Data de nascimento: ____ / ____ / ________</w:t>
      </w:r>
    </w:p>
    <w:p>
      <w:pPr>
        <w:jc w:val="both"/>
      </w:pPr>
      <w:r>
        <w:rPr>
          <w:b w:val="0"/>
          <w:sz w:val="20"/>
        </w:rPr>
        <w:t>Sexo: _______________</w:t>
      </w:r>
    </w:p>
    <w:p>
      <w:pPr>
        <w:jc w:val="both"/>
      </w:pPr>
      <w:r>
        <w:rPr>
          <w:b w:val="0"/>
          <w:sz w:val="20"/>
        </w:rPr>
        <w:t>Nº de matrícula atual: _______________</w:t>
      </w:r>
    </w:p>
    <w:p>
      <w:pPr>
        <w:jc w:val="both"/>
      </w:pPr>
      <w:r>
        <w:rPr>
          <w:b w:val="0"/>
          <w:sz w:val="20"/>
        </w:rPr>
        <w:t>Série/ano atual: _______________</w:t>
      </w:r>
    </w:p>
    <w:p>
      <w:pPr>
        <w:jc w:val="both"/>
      </w:pPr>
      <w:r>
        <w:rPr>
          <w:b w:val="0"/>
          <w:sz w:val="20"/>
        </w:rPr>
        <w:t>Turno: _______________</w:t>
      </w:r>
    </w:p>
    <w:p>
      <w:pPr>
        <w:jc w:val="both"/>
      </w:pPr>
      <w:r>
        <w:rPr>
          <w:b w:val="0"/>
          <w:sz w:val="20"/>
        </w:rPr>
        <w:t>Nome da escola de origem: _____________________________________________________</w:t>
      </w:r>
    </w:p>
    <w:p>
      <w:pPr>
        <w:jc w:val="both"/>
      </w:pPr>
      <w:r>
        <w:rPr>
          <w:b w:val="0"/>
          <w:sz w:val="20"/>
        </w:rPr>
        <w:t>Endereço da escola de origem: __________________________________________________</w:t>
      </w:r>
    </w:p>
    <w:p/>
    <w:p>
      <w:pPr>
        <w:jc w:val="center"/>
      </w:pPr>
      <w:r>
        <w:rPr>
          <w:b/>
          <w:sz w:val="22"/>
        </w:rPr>
        <w:t>MOTIVO DA TRANSFERÊNCIA</w:t>
      </w:r>
    </w:p>
    <w:p/>
    <w:p>
      <w:pPr>
        <w:jc w:val="both"/>
      </w:pPr>
      <w:r>
        <w:rPr>
          <w:b w:val="0"/>
          <w:sz w:val="20"/>
        </w:rPr>
        <w:t>________________________________________________________________________________________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________________________________________________________________________________________</w:t>
      </w:r>
    </w:p>
    <w:p/>
    <w:p>
      <w:pPr>
        <w:jc w:val="center"/>
      </w:pPr>
      <w:r>
        <w:rPr>
          <w:b/>
          <w:sz w:val="22"/>
        </w:rPr>
        <w:t>ESCOLA DE DESTINO</w:t>
      </w:r>
    </w:p>
    <w:p/>
    <w:p>
      <w:pPr>
        <w:jc w:val="both"/>
      </w:pPr>
      <w:r>
        <w:rPr>
          <w:b w:val="0"/>
          <w:sz w:val="20"/>
        </w:rPr>
        <w:t>Nome da escola para onde se requer a transferência: _____________________________________</w:t>
      </w:r>
    </w:p>
    <w:p>
      <w:pPr>
        <w:jc w:val="both"/>
      </w:pPr>
      <w:r>
        <w:rPr>
          <w:b w:val="0"/>
          <w:sz w:val="20"/>
        </w:rPr>
        <w:t>Endereço da escola de destino: ______________________________________________________</w:t>
      </w:r>
    </w:p>
    <w:p/>
    <w:p>
      <w:pPr>
        <w:jc w:val="center"/>
      </w:pPr>
      <w:r>
        <w:rPr>
          <w:b/>
          <w:sz w:val="22"/>
        </w:rPr>
        <w:t>FUNDAMENTAÇÃO LEGAL</w:t>
      </w:r>
    </w:p>
    <w:p/>
    <w:p>
      <w:pPr>
        <w:jc w:val="both"/>
      </w:pPr>
      <w:r>
        <w:rPr>
          <w:b w:val="0"/>
          <w:sz w:val="22"/>
        </w:rPr>
        <w:t>Amparo este pedido na legislação educacional vigente, especialmente na Lei nº 9.394/1996 (Lei de Diretrizes e Bases da Educação Nacional), que garante o direito à transferência escolar e a continuidade do processo educacional em qualquer estabelecimento da rede pública ou privada, bem como nas normas e regulamentos da Secretaria de Educação do Estado/Município.</w:t>
      </w:r>
    </w:p>
    <w:p/>
    <w:p>
      <w:pPr>
        <w:jc w:val="center"/>
      </w:pPr>
      <w:r>
        <w:rPr>
          <w:b/>
          <w:sz w:val="22"/>
        </w:rPr>
        <w:t>REQUERIMENTOS</w:t>
      </w:r>
    </w:p>
    <w:p/>
    <w:p>
      <w:pPr>
        <w:jc w:val="both"/>
      </w:pPr>
      <w:r>
        <w:rPr>
          <w:b w:val="0"/>
          <w:sz w:val="20"/>
        </w:rPr>
        <w:t>Diante do exposto, requer-se:</w:t>
      </w:r>
    </w:p>
    <w:p>
      <w:pPr>
        <w:jc w:val="both"/>
      </w:pPr>
      <w:r>
        <w:rPr>
          <w:b w:val="0"/>
          <w:sz w:val="20"/>
        </w:rPr>
        <w:t>1. A transferência do(a) aluno(a) acima qualificado(a) da escola de origem para a escola de destino mencionada, com a devida emissão do Histórico Escolar, Declaração de Matrícula e demais documentos escolares necessários para garantir a continuidade dos estudos;</w:t>
      </w:r>
    </w:p>
    <w:p>
      <w:pPr>
        <w:jc w:val="both"/>
      </w:pPr>
      <w:r>
        <w:rPr>
          <w:b w:val="0"/>
          <w:sz w:val="20"/>
        </w:rPr>
        <w:t>2. A liberação para matrícula na escola de destino para o(s) ano(s)/série(s) subsequente(s);</w:t>
      </w:r>
    </w:p>
    <w:p>
      <w:pPr>
        <w:jc w:val="both"/>
      </w:pPr>
      <w:r>
        <w:rPr>
          <w:b w:val="0"/>
          <w:sz w:val="20"/>
        </w:rPr>
        <w:t>3. A concessão de atendimento a eventuais exigências administrativas para a efetivação da transferência;</w:t>
      </w:r>
    </w:p>
    <w:p>
      <w:pPr>
        <w:jc w:val="both"/>
      </w:pPr>
      <w:r>
        <w:rPr>
          <w:b w:val="0"/>
          <w:sz w:val="20"/>
        </w:rPr>
        <w:t>4. Que todas as providências legais sejam tomadas para que não haja prejuízo ao andamento escolar do(a) aluno(a).</w:t>
      </w:r>
    </w:p>
    <w:p/>
    <w:p>
      <w:pPr>
        <w:jc w:val="both"/>
      </w:pPr>
      <w:r>
        <w:rPr>
          <w:b w:val="0"/>
          <w:sz w:val="22"/>
        </w:rPr>
        <w:t>Sem mais para o momento, renovo protestos de estima e consideração.</w:t>
      </w:r>
    </w:p>
    <w:p/>
    <w:p/>
    <w:p>
      <w:pPr>
        <w:jc w:val="center"/>
      </w:pPr>
      <w:r>
        <w:rPr>
          <w:b w:val="0"/>
          <w:sz w:val="20"/>
        </w:rPr>
        <w:t>______________________________, ______________________ de ______________________ de ________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Assinatura do Responsável Legal</w:t>
      </w:r>
    </w:p>
    <w:p/>
    <w:p/>
    <w:p>
      <w:pPr>
        <w:jc w:val="both"/>
      </w:pPr>
      <w:r>
        <w:rPr>
          <w:b w:val="0"/>
          <w:sz w:val="22"/>
        </w:rPr>
        <w:t>Nome completo: _______________________________________________________________</w:t>
      </w:r>
    </w:p>
    <w:p>
      <w:pPr>
        <w:jc w:val="both"/>
      </w:pPr>
      <w:r>
        <w:rPr>
          <w:b w:val="0"/>
          <w:sz w:val="22"/>
        </w:rPr>
        <w:t>RG nº: _____________________________________________________________</w:t>
      </w:r>
    </w:p>
    <w:p>
      <w:pPr>
        <w:jc w:val="both"/>
      </w:pPr>
      <w:r>
        <w:rPr>
          <w:b w:val="0"/>
          <w:sz w:val="22"/>
        </w:rPr>
        <w:t>CPF nº: ____________________________________________________________</w:t>
      </w:r>
    </w:p>
    <w:p>
      <w:pPr>
        <w:jc w:val="both"/>
      </w:pPr>
      <w:r>
        <w:rPr>
          <w:b w:val="0"/>
          <w:sz w:val="22"/>
        </w:rPr>
        <w:t>Telefone para contato: _________________________________________________</w:t>
      </w:r>
    </w:p>
    <w:p/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Assinatura e carimbo do Diretor(a) da Escola de Origem</w:t>
      </w:r>
    </w:p>
    <w:p/>
    <w:p>
      <w:pPr>
        <w:jc w:val="center"/>
      </w:pPr>
      <w:r>
        <w:rPr>
          <w:b w:val="0"/>
          <w:sz w:val="20"/>
        </w:rPr>
        <w:t>Data: ____ / ____ /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https://documentos-br.com/transferencia-escolar/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transferencia-escolar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