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EXCELENTÍSSIMO(A) SENHOR(A) DOUTOR(A) JUIZ(A) DE DIREITO DA __ VARA CRIMINAL DA COMARCA DE __________________</w:t>
      </w:r>
    </w:p>
    <w:p/>
    <w:p/>
    <w:p>
      <w:r>
        <w:rPr>
          <w:b/>
          <w:sz w:val="20"/>
        </w:rPr>
        <w:t>Processo nº: ____________________________</w:t>
      </w:r>
    </w:p>
    <w:p/>
    <w:p>
      <w:r>
        <w:rPr>
          <w:b/>
          <w:sz w:val="20"/>
        </w:rPr>
        <w:t>Nome do Requerente: _____________________________________________________</w:t>
      </w:r>
    </w:p>
    <w:p>
      <w:r>
        <w:rPr>
          <w:b/>
          <w:sz w:val="20"/>
        </w:rPr>
        <w:t>Advogado: _______________________________________________________________</w:t>
      </w:r>
    </w:p>
    <w:p>
      <w:r>
        <w:rPr>
          <w:b/>
          <w:sz w:val="20"/>
        </w:rPr>
        <w:t>OAB nº: _________________________________________________________________</w:t>
      </w:r>
    </w:p>
    <w:p/>
    <w:p/>
    <w:p>
      <w:pPr>
        <w:jc w:val="center"/>
      </w:pPr>
      <w:r>
        <w:rPr>
          <w:b/>
          <w:sz w:val="20"/>
        </w:rPr>
        <w:t>PEDIDO DE REVOGAÇÃO DE PRISÃO PREVENTIVA</w:t>
      </w:r>
    </w:p>
    <w:p/>
    <w:p/>
    <w:p>
      <w:r>
        <w:rPr>
          <w:b w:val="0"/>
          <w:sz w:val="20"/>
        </w:rPr>
        <w:t>O Requerente, qualificado nos autos do processo em epígrafe, por meio de seu advogado que esta subscreve, vem, respeitosamente, à presença de Vossa Excelência, com fundamento no artigo 316 do Código de Processo Penal, requerer a REVOGAÇÃO DA PRISÃO PREVENTIVA que lhe foi decretada, pelos motivos de fato e de direito a seguir expostos.</w:t>
      </w:r>
    </w:p>
    <w:p/>
    <w:p>
      <w:r>
        <w:rPr>
          <w:b/>
          <w:sz w:val="22"/>
        </w:rPr>
        <w:t>I – DOS FATOS</w:t>
      </w:r>
    </w:p>
    <w:p>
      <w:r>
        <w:rPr>
          <w:b w:val="0"/>
          <w:sz w:val="20"/>
        </w:rPr>
        <w:t>O Requerente encontra-se preso preventivamente desde ___/___/_____, nos autos do processo criminal nº ________________, sob a acusação de _______________________________.</w:t>
      </w:r>
    </w:p>
    <w:p>
      <w:r>
        <w:rPr>
          <w:b w:val="0"/>
          <w:sz w:val="20"/>
        </w:rPr>
        <w:t>Desde então, vem cumprindo as determinações judiciais, colaborando com as investigações e não apresentando qualquer risco à ordem pública, à instrução criminal ou à aplicação da lei penal.</w:t>
      </w:r>
    </w:p>
    <w:p/>
    <w:p>
      <w:r>
        <w:rPr>
          <w:b/>
          <w:sz w:val="22"/>
        </w:rPr>
        <w:t>II – DO DIREITO</w:t>
      </w:r>
    </w:p>
    <w:p>
      <w:r>
        <w:rPr>
          <w:b w:val="0"/>
          <w:sz w:val="20"/>
        </w:rPr>
        <w:t>A prisão preventiva foi decretada com base na suposta existência dos requisitos autorizadores previstos no artigo 312 do Código de Processo Penal.</w:t>
      </w:r>
    </w:p>
    <w:p>
      <w:r>
        <w:rPr>
          <w:b w:val="0"/>
          <w:sz w:val="20"/>
        </w:rPr>
        <w:t>Todavia, tais requisitos não mais subsistem, conforme demonstram as circunstâncias atuais do caso.</w:t>
      </w:r>
    </w:p>
    <w:p/>
    <w:p>
      <w:r>
        <w:rPr>
          <w:b/>
          <w:sz w:val="22"/>
        </w:rPr>
        <w:t>III – DA AUSÊNCIA DOS REQUISITOS AUTORIZADORES DA PRISÃO PREVENTIVA</w:t>
      </w:r>
    </w:p>
    <w:p>
      <w:r>
        <w:rPr>
          <w:b w:val="0"/>
          <w:sz w:val="20"/>
        </w:rPr>
        <w:t>Conforme entendimento consolidado do Supremo Tribunal Federal e do Superior Tribunal de Justiça, a prisão preventiva deve ser medida excepcional, utilizada somente quando presentes os requisitos legais.</w:t>
      </w:r>
    </w:p>
    <w:p>
      <w:r>
        <w:rPr>
          <w:b w:val="0"/>
          <w:sz w:val="20"/>
        </w:rPr>
        <w:t>No presente caso, não há mais fundamentação para a manutenção da custódia cautelar, haja vista que:</w:t>
      </w:r>
    </w:p>
    <w:p>
      <w:r>
        <w:rPr>
          <w:b w:val="0"/>
          <w:sz w:val="20"/>
        </w:rPr>
        <w:t>- O Requerente possui endereço fixo e ocupação lícita;</w:t>
      </w:r>
    </w:p>
    <w:p>
      <w:r>
        <w:rPr>
          <w:b w:val="0"/>
          <w:sz w:val="20"/>
        </w:rPr>
        <w:t>- Não há risco de fuga;</w:t>
      </w:r>
    </w:p>
    <w:p>
      <w:r>
        <w:rPr>
          <w:b w:val="0"/>
          <w:sz w:val="20"/>
        </w:rPr>
        <w:t>- Não há risco de ocultação ou destruição de provas;</w:t>
      </w:r>
    </w:p>
    <w:p>
      <w:r>
        <w:rPr>
          <w:b w:val="0"/>
          <w:sz w:val="20"/>
        </w:rPr>
        <w:t>- Não há qualquer ato que demonstre ameaça à ordem pública ou à instrução criminal.</w:t>
      </w:r>
    </w:p>
    <w:p/>
    <w:p>
      <w:r>
        <w:rPr>
          <w:b/>
          <w:sz w:val="22"/>
        </w:rPr>
        <w:t>IV – DA POSSIBILIDADE DE ADOÇÃO DE MEDIDAS CAUTELARES ALTERNATIVAS</w:t>
      </w:r>
    </w:p>
    <w:p>
      <w:r>
        <w:rPr>
          <w:b w:val="0"/>
          <w:sz w:val="20"/>
        </w:rPr>
        <w:t>Para garantir a ordem pública e o regular andamento do processo, caso Vossa Excelência entenda necessário, o Requerente se compromete a cumprir medidas cautelares diversas da prisão, previstas no artigo 319 do Código de Processo Penal, tais como:</w:t>
      </w:r>
    </w:p>
    <w:p>
      <w:r>
        <w:rPr>
          <w:b w:val="0"/>
          <w:sz w:val="20"/>
        </w:rPr>
        <w:t>- Comparecimento periódico em juízo;</w:t>
      </w:r>
    </w:p>
    <w:p>
      <w:r>
        <w:rPr>
          <w:b w:val="0"/>
          <w:sz w:val="20"/>
        </w:rPr>
        <w:t>- Proibição de frequentar determinados lugares;</w:t>
      </w:r>
    </w:p>
    <w:p>
      <w:r>
        <w:rPr>
          <w:b w:val="0"/>
          <w:sz w:val="20"/>
        </w:rPr>
        <w:t>- Recolhimento domiciliar no período noturno;</w:t>
      </w:r>
    </w:p>
    <w:p>
      <w:r>
        <w:rPr>
          <w:b w:val="0"/>
          <w:sz w:val="20"/>
        </w:rPr>
        <w:t>- Monitoramento eletrônico;</w:t>
      </w:r>
    </w:p>
    <w:p>
      <w:r>
        <w:rPr>
          <w:b w:val="0"/>
          <w:sz w:val="20"/>
        </w:rPr>
        <w:t>- Entre outras medidas que este juízo entender cabíveis.</w:t>
      </w:r>
    </w:p>
    <w:p/>
    <w:p>
      <w:r>
        <w:rPr>
          <w:b/>
          <w:sz w:val="22"/>
        </w:rPr>
        <w:t>V – DOS PEDIDOS</w:t>
      </w:r>
    </w:p>
    <w:p>
      <w:r>
        <w:rPr>
          <w:b w:val="0"/>
          <w:sz w:val="20"/>
        </w:rPr>
        <w:t>Diante do exposto, requer:</w:t>
      </w:r>
    </w:p>
    <w:p>
      <w:r>
        <w:rPr>
          <w:b w:val="0"/>
          <w:sz w:val="20"/>
        </w:rPr>
        <w:t>a) A revogação da prisão preventiva decretada contra o Requerente, com sua consequente imediata liberdade;</w:t>
      </w:r>
    </w:p>
    <w:p>
      <w:r>
        <w:rPr>
          <w:b w:val="0"/>
          <w:sz w:val="20"/>
        </w:rPr>
        <w:t>b) Subsidiariamente, caso não seja este o entendimento, a aplicação de medidas cautelares diversas da prisão, nos termos do artigo 319 do Código de Processo Penal;</w:t>
      </w:r>
    </w:p>
    <w:p>
      <w:r>
        <w:rPr>
          <w:b w:val="0"/>
          <w:sz w:val="20"/>
        </w:rPr>
        <w:t>c) A intimação do Ministério Público para que se manifeste sobre o presente pedido;</w:t>
      </w:r>
    </w:p>
    <w:p>
      <w:r>
        <w:rPr>
          <w:b w:val="0"/>
          <w:sz w:val="20"/>
        </w:rPr>
        <w:t>d) A juntada da presente petição aos autos do processo nº ________________.</w:t>
      </w:r>
    </w:p>
    <w:p/>
    <w:p>
      <w:r>
        <w:rPr>
          <w:b/>
          <w:sz w:val="22"/>
        </w:rPr>
        <w:t>Termos em que,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Local, __ de ____________________ de _______.</w:t>
      </w:r>
    </w:p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https://documentos-br.com/revogacao-de-prisao-preventiva/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br.com/revogacao-de-prisao-preventiva/" TargetMode="External"/><Relationship Id="rId10" Type="http://schemas.openxmlformats.org/officeDocument/2006/relationships/hyperlink" Target="https://document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