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RECIBO DE PAGAMENTO DE PRESTAÇÃO DE SERVIÇOS</w:t>
      </w:r>
    </w:p>
    <w:p/>
    <w:p/>
    <w:p>
      <w:pPr>
        <w:ind w:firstLine="425"/>
      </w:pPr>
      <w:r>
        <w:rPr>
          <w:b w:val="0"/>
          <w:sz w:val="22"/>
        </w:rPr>
        <w:t>Eu, ________________________________________________, CPF nº ____________________________,</w:t>
      </w:r>
    </w:p>
    <w:p>
      <w:pPr>
        <w:ind w:firstLine="425"/>
      </w:pPr>
      <w:r>
        <w:rPr>
          <w:b w:val="0"/>
          <w:sz w:val="22"/>
        </w:rPr>
        <w:t>residente e domiciliado(a) à ____________________________________________________________,</w:t>
      </w:r>
    </w:p>
    <w:p>
      <w:pPr>
        <w:ind w:firstLine="425"/>
      </w:pPr>
      <w:r>
        <w:rPr>
          <w:b w:val="0"/>
          <w:sz w:val="22"/>
        </w:rPr>
        <w:t>declaro ter recebido de _________________________________________________________________,</w:t>
      </w:r>
    </w:p>
    <w:p>
      <w:pPr>
        <w:ind w:firstLine="425"/>
      </w:pPr>
      <w:r>
        <w:rPr>
          <w:b w:val="0"/>
          <w:sz w:val="22"/>
        </w:rPr>
        <w:t>CNPJ/CPF nº ___________________________________________________________________________,</w:t>
      </w:r>
    </w:p>
    <w:p>
      <w:pPr>
        <w:ind w:firstLine="425"/>
      </w:pPr>
      <w:r>
        <w:rPr>
          <w:b w:val="0"/>
          <w:sz w:val="22"/>
        </w:rPr>
        <w:t>com sede/endereço à ____________________________________________________________________,</w:t>
      </w:r>
    </w:p>
    <w:p>
      <w:pPr>
        <w:ind w:firstLine="425"/>
      </w:pPr>
      <w:r>
        <w:rPr>
          <w:b w:val="0"/>
          <w:sz w:val="22"/>
        </w:rPr>
        <w:t>a quantia líquida de R$ ________________________________ (__________________________________),</w:t>
      </w:r>
    </w:p>
    <w:p>
      <w:r>
        <w:rPr>
          <w:b/>
          <w:sz w:val="22"/>
        </w:rPr>
        <w:t>referente à prestação dos seguintes serviços:</w:t>
      </w:r>
    </w:p>
    <w:p/>
    <w:p>
      <w:pPr>
        <w:ind w:firstLine="425"/>
      </w:pPr>
      <w:r>
        <w:rPr>
          <w:b w:val="0"/>
          <w:sz w:val="22"/>
        </w:rPr>
        <w:t>________________________________________________________________________________________</w:t>
      </w:r>
    </w:p>
    <w:p>
      <w:pPr>
        <w:ind w:firstLine="425"/>
      </w:pPr>
      <w:r>
        <w:rPr>
          <w:b w:val="0"/>
          <w:sz w:val="22"/>
        </w:rPr>
        <w:t>________________________________________________________________________________________</w:t>
      </w:r>
    </w:p>
    <w:p/>
    <w:p>
      <w:pPr>
        <w:ind w:firstLine="425"/>
      </w:pPr>
      <w:r>
        <w:rPr>
          <w:b w:val="0"/>
          <w:sz w:val="22"/>
        </w:rPr>
        <w:t>Pelo período compreendido entre ___/___/_____ e ___/___/_____, conforme acordado entre as partes.</w:t>
      </w:r>
    </w:p>
    <w:p/>
    <w:p>
      <w:pPr>
        <w:ind w:firstLine="425"/>
      </w:pPr>
      <w:r>
        <w:rPr>
          <w:b w:val="0"/>
          <w:sz w:val="22"/>
        </w:rPr>
        <w:t>Declaro ainda que o valor acima recebido corresponde ao pagamento integral pelos serviços prestados,</w:t>
      </w:r>
    </w:p>
    <w:p>
      <w:pPr>
        <w:ind w:firstLine="425"/>
      </w:pPr>
      <w:r>
        <w:rPr>
          <w:b w:val="0"/>
          <w:sz w:val="22"/>
        </w:rPr>
        <w:t>não havendo mais qualquer pendência financeira ou obrigação por parte do contratante referente a este contrato.</w:t>
      </w:r>
    </w:p>
    <w:p/>
    <w:p>
      <w:pPr>
        <w:ind w:firstLine="425"/>
      </w:pPr>
      <w:r>
        <w:rPr>
          <w:b w:val="0"/>
          <w:sz w:val="22"/>
        </w:rPr>
        <w:t>Este recibo serve como quitação total dos serviços prestados, não implicando vínculo empregatício entre as partes,</w:t>
      </w:r>
    </w:p>
    <w:p>
      <w:pPr>
        <w:ind w:firstLine="425"/>
      </w:pPr>
      <w:r>
        <w:rPr>
          <w:b w:val="0"/>
          <w:sz w:val="22"/>
        </w:rPr>
        <w:t>sendo a prestação de serviços autônoma e independente, conforme legislação vigente.</w:t>
      </w:r>
    </w:p>
    <w:p/>
    <w:p>
      <w:pPr>
        <w:ind w:firstLine="425"/>
      </w:pPr>
      <w:r>
        <w:rPr>
          <w:b w:val="0"/>
          <w:sz w:val="22"/>
        </w:rPr>
        <w:t>Sem mais para o momento, firmo o presente recibo para que produza seus efeitos legais.</w:t>
      </w:r>
    </w:p>
    <w:p/>
    <w:p>
      <w:r>
        <w:rPr>
          <w:b/>
          <w:sz w:val="22"/>
        </w:rPr>
        <w:t>Local: ____________________________________</w:t>
      </w:r>
    </w:p>
    <w:p>
      <w:r>
        <w:rPr>
          <w:b/>
          <w:sz w:val="22"/>
        </w:rPr>
        <w:t>Data: ____________________________________</w:t>
      </w:r>
    </w:p>
    <w:p/>
    <w:p>
      <w:pPr>
        <w:ind w:firstLine="425"/>
      </w:pPr>
      <w:r>
        <w:rPr>
          <w:b w:val="0"/>
          <w:sz w:val="22"/>
        </w:rPr>
        <w:t>__________________________________________________________</w:t>
      </w:r>
    </w:p>
    <w:p>
      <w:pPr>
        <w:ind w:firstLine="425"/>
      </w:pPr>
      <w:r>
        <w:rPr>
          <w:b w:val="0"/>
          <w:sz w:val="22"/>
        </w:rPr>
        <w:t>Assinatura do(a) Recebedor(a)</w:t>
      </w:r>
    </w:p>
    <w:p/>
    <w:p>
      <w:pPr>
        <w:ind w:firstLine="425"/>
      </w:pPr>
      <w:r>
        <w:rPr>
          <w:b w:val="0"/>
          <w:sz w:val="22"/>
        </w:rPr>
        <w:t>__________________________________________________________</w:t>
      </w:r>
    </w:p>
    <w:p>
      <w:pPr>
        <w:ind w:firstLine="425"/>
      </w:pPr>
      <w:r>
        <w:rPr>
          <w:b w:val="0"/>
          <w:sz w:val="22"/>
        </w:rPr>
        <w:t>Assinatura do(a) Contratante</w:t>
      </w:r>
    </w:p>
    <w:p/>
    <w:p>
      <w:r>
        <w:rPr>
          <w:b/>
          <w:sz w:val="22"/>
        </w:rPr>
        <w:t>Observações:</w:t>
      </w:r>
    </w:p>
    <w:p>
      <w:pPr>
        <w:ind w:firstLine="425"/>
      </w:pPr>
      <w:r>
        <w:rPr>
          <w:b w:val="0"/>
          <w:sz w:val="22"/>
        </w:rPr>
        <w:t>________________________________________________________________________________________</w:t>
      </w:r>
    </w:p>
    <w:p>
      <w:pPr>
        <w:ind w:firstLine="425"/>
      </w:pPr>
      <w:r>
        <w:rPr>
          <w:b w:val="0"/>
          <w:sz w:val="22"/>
        </w:rPr>
        <w:t>________________________________________________________________________________________</w:t>
      </w:r>
    </w:p>
    <w:p>
      <w:pPr>
        <w:ind w:firstLine="425"/>
      </w:pPr>
      <w:r>
        <w:rPr>
          <w:b w:val="0"/>
          <w:sz w:val="22"/>
        </w:rPr>
        <w:t>________________________________________________________________________________________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https://documentos-br.com/recibo-de-pagamento-de-prestacao-de-servico/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br.com/recibo-de-pagamento-de-prestacao-de-servico/" TargetMode="External"/><Relationship Id="rId10" Type="http://schemas.openxmlformats.org/officeDocument/2006/relationships/hyperlink" Target="https://document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