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RECIBO DE ENTREGA DE DOCUMENTOS</w:t>
      </w:r>
    </w:p>
    <w:p/>
    <w:p/>
    <w:p>
      <w:r>
        <w:rPr>
          <w:b/>
          <w:sz w:val="22"/>
        </w:rPr>
        <w:t>Eu, ________________________________________________________________, portador(a) do documento de identidade nº ____________________________, inscrito(a) no CPF sob nº ____________________________, residente e domiciliado(a) à ____________________________________________________________________________, declaro para os devidos fins que recebi da empresa ________________________________________________________________, inscrita no CNPJ sob nº ____________________________, com sede à ____________________________________________________________________________, os seguintes documentos relacionados ao vínculo empregatício:</w:t>
      </w:r>
    </w:p>
    <w:p/>
    <w:p>
      <w:r>
        <w:rPr>
          <w:b w:val="0"/>
          <w:sz w:val="22"/>
        </w:rPr>
        <w:t>• Carteira de Trabalho e Previdência Social (CTPS) devidamente anotada;</w:t>
      </w:r>
    </w:p>
    <w:p>
      <w:r>
        <w:rPr>
          <w:b w:val="0"/>
          <w:sz w:val="22"/>
        </w:rPr>
        <w:t>• Termo de Rescisão do Contrato de Trabalho (TRCT);</w:t>
      </w:r>
    </w:p>
    <w:p>
      <w:r>
        <w:rPr>
          <w:b w:val="0"/>
          <w:sz w:val="22"/>
        </w:rPr>
        <w:t>• Guias para levantamento do FGTS;</w:t>
      </w:r>
    </w:p>
    <w:p>
      <w:r>
        <w:rPr>
          <w:b w:val="0"/>
          <w:sz w:val="22"/>
        </w:rPr>
        <w:t>• Requerimento do Seguro-Desemprego;</w:t>
      </w:r>
    </w:p>
    <w:p>
      <w:r>
        <w:rPr>
          <w:b w:val="0"/>
          <w:sz w:val="22"/>
        </w:rPr>
        <w:t>• Extrato do FGTS;</w:t>
      </w:r>
    </w:p>
    <w:p>
      <w:r>
        <w:rPr>
          <w:b w:val="0"/>
          <w:sz w:val="22"/>
        </w:rPr>
        <w:t>• Comprovante de pagamento das verbas rescisórias;</w:t>
      </w:r>
    </w:p>
    <w:p>
      <w:r>
        <w:rPr>
          <w:b w:val="0"/>
          <w:sz w:val="22"/>
        </w:rPr>
        <w:t>• Comunicação de Dispensa;</w:t>
      </w:r>
    </w:p>
    <w:p>
      <w:r>
        <w:rPr>
          <w:b w:val="0"/>
          <w:sz w:val="22"/>
        </w:rPr>
        <w:t>• Perfil Profissiográfico Previdenciário (PPP);</w:t>
      </w:r>
    </w:p>
    <w:p>
      <w:r>
        <w:rPr>
          <w:b w:val="0"/>
          <w:sz w:val="22"/>
        </w:rPr>
        <w:t>• Outros documentos (especificar): ____________________________________________________________.</w:t>
      </w:r>
    </w:p>
    <w:p/>
    <w:p>
      <w:r>
        <w:rPr>
          <w:b w:val="0"/>
          <w:sz w:val="22"/>
        </w:rPr>
        <w:t>Declaro ainda que recebi todos os documentos acima mencionados de forma completa e legível, estando ciente de que a entrega destes é indispensável para o exercício dos meus direitos trabalhistas e previdenciários.</w:t>
      </w:r>
    </w:p>
    <w:p/>
    <w:p>
      <w:r>
        <w:rPr>
          <w:b w:val="0"/>
          <w:sz w:val="22"/>
        </w:rPr>
        <w:t>Este recibo é firmado para comprovar a entrega dos documentos relacionados, não implicando renúncia ou quitação de quaisquer direitos que me assistam perante a empresa ou perante terceiros.</w:t>
      </w:r>
    </w:p>
    <w:p/>
    <w:p/>
    <w:p>
      <w:r>
        <w:rPr>
          <w:b w:val="0"/>
          <w:sz w:val="22"/>
        </w:rPr>
        <w:t>Sem mais para o momento, firmo o presente.</w:t>
      </w:r>
    </w:p>
    <w:p/>
    <w:p/>
    <w:p/>
    <w:p>
      <w:pPr>
        <w:jc w:val="center"/>
      </w:pPr>
      <w:r>
        <w:rPr>
          <w:sz w:val="22"/>
        </w:rPr>
        <w:t>______________________________                       ______________________________</w:t>
        <w:br/>
      </w:r>
    </w:p>
    <w:p>
      <w:pPr>
        <w:jc w:val="center"/>
      </w:pPr>
      <w:r>
        <w:rPr>
          <w:sz w:val="22"/>
        </w:rPr>
        <w:t>Assinatura do(a) Empregado(a)                              Assinatura do(a) Representante da Empresa</w:t>
      </w:r>
    </w:p>
    <w:p/>
    <w:p/>
    <w:p>
      <w:r>
        <w:rPr>
          <w:b/>
          <w:sz w:val="22"/>
        </w:rPr>
        <w:t>OBSERVAÇÕES: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https://documentos-br.com/recibo-de-entrega-de-documentos/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recibo-de-entrega-de-documentos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