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PROCURAÇÃO</w:t>
      </w:r>
    </w:p>
    <w:p/>
    <w:p/>
    <w:p>
      <w:r>
        <w:rPr>
          <w:b w:val="0"/>
          <w:sz w:val="22"/>
        </w:rPr>
        <w:t>Outorgante: ________________________________________________________________,</w:t>
      </w:r>
    </w:p>
    <w:p>
      <w:r>
        <w:rPr>
          <w:b w:val="0"/>
          <w:sz w:val="22"/>
        </w:rPr>
        <w:t>nacionalidade: ____________________, estado civil: _________________________,</w:t>
      </w:r>
    </w:p>
    <w:p>
      <w:r>
        <w:rPr>
          <w:b w:val="0"/>
          <w:sz w:val="22"/>
        </w:rPr>
        <w:t>profissão: ________________________, portador(a) da cédula de identidade RG nº _________,</w:t>
      </w:r>
    </w:p>
    <w:p>
      <w:r>
        <w:rPr>
          <w:b w:val="0"/>
          <w:sz w:val="22"/>
        </w:rPr>
        <w:t>expedida por ____________________, inscrito(a) no CPF sob nº __________________,</w:t>
      </w:r>
    </w:p>
    <w:p>
      <w:r>
        <w:rPr>
          <w:b w:val="0"/>
          <w:sz w:val="22"/>
        </w:rPr>
        <w:t>residente e domiciliado(a) à ________________________________________________,</w:t>
      </w:r>
    </w:p>
    <w:p>
      <w:r>
        <w:rPr>
          <w:b w:val="0"/>
          <w:sz w:val="22"/>
        </w:rPr>
        <w:t>número: _______, bairro: ______________, cidade: ____________________________,</w:t>
      </w:r>
    </w:p>
    <w:p>
      <w:r>
        <w:rPr>
          <w:b w:val="0"/>
          <w:sz w:val="22"/>
        </w:rPr>
        <w:t>estado: ______________, CEP: ____________, telefone: ________________________.</w:t>
      </w:r>
    </w:p>
    <w:p/>
    <w:p>
      <w:r>
        <w:rPr>
          <w:b w:val="0"/>
          <w:sz w:val="22"/>
        </w:rPr>
        <w:t>Outorgado: ________________________________________________________________,</w:t>
      </w:r>
    </w:p>
    <w:p>
      <w:r>
        <w:rPr>
          <w:b w:val="0"/>
          <w:sz w:val="22"/>
        </w:rPr>
        <w:t>nacionalidade: ____________________, estado civil: _________________________,</w:t>
      </w:r>
    </w:p>
    <w:p>
      <w:r>
        <w:rPr>
          <w:b w:val="0"/>
          <w:sz w:val="22"/>
        </w:rPr>
        <w:t>profissão: ________________________, portador(a) da cédula de identidade RG nº _________,</w:t>
      </w:r>
    </w:p>
    <w:p>
      <w:r>
        <w:rPr>
          <w:b w:val="0"/>
          <w:sz w:val="22"/>
        </w:rPr>
        <w:t>expedida por ____________________, inscrito(a) no CPF sob nº __________________,</w:t>
      </w:r>
    </w:p>
    <w:p>
      <w:r>
        <w:rPr>
          <w:b w:val="0"/>
          <w:sz w:val="22"/>
        </w:rPr>
        <w:t>residente e domiciliado(a) à ________________________________________________,</w:t>
      </w:r>
    </w:p>
    <w:p>
      <w:r>
        <w:rPr>
          <w:b w:val="0"/>
          <w:sz w:val="22"/>
        </w:rPr>
        <w:t>número: _______, bairro: ______________, cidade: ____________________________,</w:t>
      </w:r>
    </w:p>
    <w:p>
      <w:r>
        <w:rPr>
          <w:b w:val="0"/>
          <w:sz w:val="22"/>
        </w:rPr>
        <w:t>estado: ______________, CEP: ____________, telefone: ________________________.</w:t>
      </w:r>
    </w:p>
    <w:p/>
    <w:p>
      <w:r>
        <w:rPr>
          <w:b/>
          <w:sz w:val="22"/>
        </w:rPr>
        <w:t>Pelo presente instrumento particular de procuração, o Outorgante nomeia e constitui como seu bastante procurador o Outorgado, conferindo-lhe poderes especiais para representá-lo(a) junto ao Departamento Estadual de Trânsito de Minas Gerais - DETRAN/MG, podendo para tanto:</w:t>
      </w:r>
    </w:p>
    <w:p/>
    <w:p>
      <w:r>
        <w:rPr>
          <w:b w:val="0"/>
          <w:sz w:val="22"/>
        </w:rPr>
        <w:t>1. Praticar todos os atos necessários relacionados a veículos automotores de sua propriedade ou de sua responsabilidade, incluindo, mas não se limitando a, transferência de propriedade, licenciamento, emplacamento, renovação de documentos, alteração cadastral, baixa de veículo, emissão de certidões e quaisquer outras providências junto ao DETRAN/MG;</w:t>
      </w:r>
    </w:p>
    <w:p/>
    <w:p>
      <w:r>
        <w:rPr>
          <w:b w:val="0"/>
          <w:sz w:val="22"/>
        </w:rPr>
        <w:t>2. Assinar documentos, requerimentos, formulários e quaisquer papéis necessários para o bom e fiel cumprimento deste mandato;</w:t>
      </w:r>
    </w:p>
    <w:p/>
    <w:p>
      <w:r>
        <w:rPr>
          <w:b w:val="0"/>
          <w:sz w:val="22"/>
        </w:rPr>
        <w:t>3. Retirar documentos, receber notificações e intimações relacionadas aos veículos mencionados;</w:t>
      </w:r>
    </w:p>
    <w:p/>
    <w:p>
      <w:r>
        <w:rPr>
          <w:b w:val="0"/>
          <w:sz w:val="22"/>
        </w:rPr>
        <w:t>4. Representar o Outorgante em processos administrativos junto ao DETRAN/MG, inclusive para defesa ou impugnação de infrações de trânsito;</w:t>
      </w:r>
    </w:p>
    <w:p/>
    <w:p>
      <w:r>
        <w:rPr>
          <w:b w:val="0"/>
          <w:sz w:val="22"/>
        </w:rPr>
        <w:t>5. Praticar todos os demais atos que se fizerem necessários para o fiel cumprimento deste mandato, podendo substabelecer, no todo ou em parte, com ou sem reserva de poderes.</w:t>
      </w:r>
    </w:p>
    <w:p/>
    <w:p>
      <w:r>
        <w:rPr>
          <w:b w:val="0"/>
          <w:sz w:val="22"/>
        </w:rPr>
        <w:t>Esta procuração é válida pelo prazo de ________________, a contar da data de assinatura, podendo ser revogada a qualquer tempo.</w:t>
      </w:r>
    </w:p>
    <w:p/>
    <w:p>
      <w:r>
        <w:rPr>
          <w:b w:val="0"/>
          <w:sz w:val="22"/>
        </w:rPr>
        <w:t>E por ser verdade e expressão da vontade, firmam o presente instrumento em duas vias de igual teor e forma, para que produza seus jurídicos e legais efeitos.</w:t>
      </w:r>
    </w:p>
    <w:p/>
    <w:p>
      <w:r>
        <w:rPr>
          <w:b w:val="0"/>
          <w:sz w:val="22"/>
        </w:rPr>
        <w:t>Local: ___________________________________________</w:t>
      </w:r>
    </w:p>
    <w:p/>
    <w:p>
      <w:r>
        <w:rPr>
          <w:b w:val="0"/>
          <w:sz w:val="22"/>
        </w:rPr>
        <w:t>Assinatura do Outorgante: ________________________________</w:t>
      </w:r>
    </w:p>
    <w:p/>
    <w:p>
      <w:r>
        <w:rPr>
          <w:b w:val="0"/>
          <w:sz w:val="22"/>
        </w:rPr>
        <w:t>Assinatura do Outorgado: _________________________________</w:t>
      </w:r>
    </w:p>
    <w:p/>
    <w:p>
      <w:r>
        <w:rPr>
          <w:b/>
          <w:sz w:val="22"/>
        </w:rPr>
        <w:t>Testemunhas:</w:t>
      </w:r>
    </w:p>
    <w:p>
      <w:r>
        <w:rPr>
          <w:b w:val="0"/>
          <w:sz w:val="22"/>
        </w:rPr>
        <w:t>1. Nome: ___________________________________  CPF: _________________________  Assinatura: __________________________</w:t>
      </w:r>
    </w:p>
    <w:p>
      <w:r>
        <w:rPr>
          <w:b w:val="0"/>
          <w:sz w:val="22"/>
        </w:rPr>
        <w:t>2. Nome: ___________________________________  CPF: _________________________  Assinatura: __________________________</w:t>
      </w:r>
    </w:p>
    <w:p>
      <w:r>
        <w:br w:type="page"/>
      </w:r>
    </w:p>
    <w:p>
      <w:pPr>
        <w:jc w:val="center"/>
      </w:pPr>
      <w:r>
        <w:rPr>
          <w:color w:val="555555"/>
          <w:sz w:val="24"/>
        </w:rPr>
        <w:t>Fonte original deste documento:</w:t>
      </w:r>
    </w:p>
    <w:p>
      <w:pPr>
        <w:jc w:val="center"/>
      </w:pPr>
      <w:hyperlink r:id="rId9">
        <w:r>
          <w:rPr>
            <w:color w:val="0000FF"/>
            <w:u w:val="single"/>
          </w:rPr>
          <w:t>https://documentos-br.com/procuracao-detran-mg/</w:t>
        </w:r>
      </w:hyperlink>
    </w:p>
    <w:p>
      <w:pPr>
        <w:jc w:val="center"/>
      </w:pPr>
      <w:r>
        <w:rPr>
          <w:color w:val="555555"/>
          <w:sz w:val="26"/>
        </w:rPr>
        <w:t>Este modelo foi útil para você?</w:t>
      </w:r>
    </w:p>
    <w:p>
      <w:pPr>
        <w:jc w:val="center"/>
      </w:pPr>
      <w:r>
        <w:rPr>
          <w:color w:val="555555"/>
          <w:sz w:val="26"/>
        </w:rPr>
        <w:t>Encontre outros modelos atualizados em:</w:t>
      </w:r>
    </w:p>
    <w:p>
      <w:pPr>
        <w:jc w:val="center"/>
      </w:pPr>
      <w:hyperlink r:id="rId10">
        <w:r>
          <w:rPr>
            <w:color w:val="0000FF"/>
            <w:u w:val="single"/>
          </w:rPr>
          <w:t>https://documentos-br.com</w:t>
        </w:r>
      </w:hyperlink>
    </w:p>
    <w:p>
      <w:pPr>
        <w:jc w:val="center"/>
      </w:pPr>
      <w:r>
        <w:rPr>
          <w:color w:val="808080"/>
          <w:sz w:val="20"/>
        </w:rPr>
        <w:t>Este modelo é destinado exclusivamente para uso pessoal e não comercial.</w:t>
        <w:br/>
        <w:t>Ao compartilhar ou publicar, a citação da fonte é obrigatória. © documentos-br.com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os-br.com/procuracao-detran-mg/" TargetMode="External"/><Relationship Id="rId10" Type="http://schemas.openxmlformats.org/officeDocument/2006/relationships/hyperlink" Target="https://documentos-b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