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PRESTAÇÃO DE CONTAS DE CURATELA</w:t>
      </w:r>
    </w:p>
    <w:p/>
    <w:p/>
    <w:p>
      <w:r>
        <w:rPr>
          <w:b w:val="0"/>
          <w:sz w:val="22"/>
        </w:rPr>
        <w:t>EXCELENTÍSSIMO SENHOR DOUTOR JUIZ DE DIREITO DA ___ VARA DE FAMÍLIA E SUCESSÕES DA COMARCA DE ____________________</w:t>
      </w:r>
    </w:p>
    <w:p/>
    <w:p>
      <w:r>
        <w:rPr>
          <w:b w:val="0"/>
          <w:sz w:val="22"/>
        </w:rPr>
        <w:t>Processo nº: ____________________________</w:t>
      </w:r>
    </w:p>
    <w:p/>
    <w:p>
      <w:r>
        <w:rPr>
          <w:b w:val="0"/>
          <w:sz w:val="22"/>
        </w:rPr>
        <w:t>CURADOR: 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</w:t>
      </w:r>
    </w:p>
    <w:p>
      <w:r>
        <w:rPr>
          <w:b w:val="0"/>
          <w:sz w:val="22"/>
        </w:rPr>
        <w:t>CPF: 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>
      <w:r>
        <w:rPr>
          <w:b w:val="0"/>
          <w:sz w:val="22"/>
        </w:rPr>
        <w:t>CURATELA DE: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</w:t>
      </w:r>
    </w:p>
    <w:p>
      <w:r>
        <w:rPr>
          <w:b w:val="0"/>
          <w:sz w:val="22"/>
        </w:rPr>
        <w:t>PROFISSÃO (se houver): ___________________________________________________</w:t>
      </w:r>
    </w:p>
    <w:p>
      <w:r>
        <w:rPr>
          <w:b w:val="0"/>
          <w:sz w:val="22"/>
        </w:rPr>
        <w:t>DOCUMENTO DE IDENTIDADE (RG): ___________________________________________</w:t>
      </w:r>
    </w:p>
    <w:p>
      <w:r>
        <w:rPr>
          <w:b w:val="0"/>
          <w:sz w:val="22"/>
        </w:rPr>
        <w:t>CPF: 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 CURADOR acima qualificado foi nomeado por este Juízo para exercer a curatela do curatelado, conforme decisão de fls. ____, nos autos do processo em epígrafe.</w:t>
      </w:r>
    </w:p>
    <w:p>
      <w:r>
        <w:rPr>
          <w:b w:val="0"/>
          <w:sz w:val="22"/>
        </w:rPr>
        <w:t>Nos termos do artigo 1.781 e seguintes do Código Civil, bem como do artigo 747 do Código de Processo Civil, apresenta-se a presente prestação de contas referente ao período compreendido entre ____ e ____.</w:t>
      </w:r>
    </w:p>
    <w:p/>
    <w:p>
      <w:r>
        <w:rPr>
          <w:b/>
          <w:sz w:val="24"/>
        </w:rPr>
        <w:t>II – DA ADMINISTRAÇÃO DOS BENS</w:t>
      </w:r>
    </w:p>
    <w:p/>
    <w:p>
      <w:r>
        <w:rPr>
          <w:b/>
          <w:sz w:val="22"/>
        </w:rPr>
        <w:t>Durante o referido período, foram realizadas as seguintes operações patrimoniais em nome do curatelado:</w:t>
      </w:r>
    </w:p>
    <w:p/>
    <w:p>
      <w:r>
        <w:rPr>
          <w:b/>
          <w:sz w:val="22"/>
        </w:rPr>
        <w:t>- Descrição detalhada dos bens imóveis, móveis, valores financeiros, aplicações, rendimentos e outros ativos sob administração;</w:t>
      </w:r>
    </w:p>
    <w:p>
      <w:r>
        <w:rPr>
          <w:b/>
          <w:sz w:val="22"/>
        </w:rPr>
        <w:t>- Recebimento de proventos, aposentadorias, pensões ou quaisquer rendas;</w:t>
      </w:r>
    </w:p>
    <w:p>
      <w:r>
        <w:rPr>
          <w:b/>
          <w:sz w:val="22"/>
        </w:rPr>
        <w:t>- Pagamentos efetuados para custeio das necessidades do curatelado, incluindo despesas médicas, alimentação, moradia, vestuário, educação, entre outras;</w:t>
      </w:r>
    </w:p>
    <w:p>
      <w:r>
        <w:rPr>
          <w:b/>
          <w:sz w:val="22"/>
        </w:rPr>
        <w:t>- Aquisições, alienações ou outras movimentações patrimoniais autorizadas e justificadas;</w:t>
      </w:r>
    </w:p>
    <w:p/>
    <w:p>
      <w:r>
        <w:rPr>
          <w:b w:val="0"/>
          <w:sz w:val="22"/>
        </w:rPr>
        <w:t>Todas as movimentações estão devidamente comprovadas por documentos anexos, tais como extratos bancários, recibos, notas fiscais, contratos e demais comprovantes pertinentes.</w:t>
      </w:r>
    </w:p>
    <w:p/>
    <w:p>
      <w:r>
        <w:rPr>
          <w:b/>
          <w:sz w:val="24"/>
        </w:rPr>
        <w:t>III – DO SALDO E DO PATRIMÔNIO ATUAL</w:t>
      </w:r>
    </w:p>
    <w:p/>
    <w:p>
      <w:r>
        <w:rPr>
          <w:b/>
          <w:sz w:val="22"/>
        </w:rPr>
        <w:t>Ao término do período ora prestado, o patrimônio do curatelado encontra-se assim composto:</w:t>
      </w:r>
    </w:p>
    <w:p/>
    <w:p>
      <w:r>
        <w:rPr>
          <w:b w:val="0"/>
          <w:sz w:val="22"/>
        </w:rPr>
        <w:t>- Bens imóveis: __________________________________________________________</w:t>
      </w:r>
    </w:p>
    <w:p>
      <w:r>
        <w:rPr>
          <w:b w:val="0"/>
          <w:sz w:val="22"/>
        </w:rPr>
        <w:t>- Veículos: _______________________________________________________________</w:t>
      </w:r>
    </w:p>
    <w:p>
      <w:r>
        <w:rPr>
          <w:b w:val="0"/>
          <w:sz w:val="22"/>
        </w:rPr>
        <w:t>- Valores em contas bancárias e aplicações financeiras: ______________________</w:t>
      </w:r>
    </w:p>
    <w:p>
      <w:r>
        <w:rPr>
          <w:b w:val="0"/>
          <w:sz w:val="22"/>
        </w:rPr>
        <w:t>- Outros bens e direitos: ___________________________________________________</w:t>
      </w:r>
    </w:p>
    <w:p/>
    <w:p>
      <w:r>
        <w:rPr>
          <w:b w:val="0"/>
          <w:sz w:val="22"/>
        </w:rPr>
        <w:t>O saldo disponível em contas bancárias é de R$ ______________________________.</w:t>
      </w:r>
    </w:p>
    <w:p/>
    <w:p>
      <w:r>
        <w:rPr>
          <w:b/>
          <w:sz w:val="24"/>
        </w:rPr>
        <w:t>IV – DAS DESPESAS E RENDIMENTOS</w:t>
      </w:r>
    </w:p>
    <w:p/>
    <w:p>
      <w:r>
        <w:rPr>
          <w:b w:val="0"/>
          <w:sz w:val="22"/>
        </w:rPr>
        <w:t>As despesas essenciais para o sustento, saúde e bem-estar do curatelado foram rigorosamente controladas e estão detalhadas nos documentos anexos.</w:t>
      </w:r>
    </w:p>
    <w:p>
      <w:r>
        <w:rPr>
          <w:b w:val="0"/>
          <w:sz w:val="22"/>
        </w:rPr>
        <w:t>Os rendimentos provenientes do patrimônio também foram devidamente contabilizados e aplicados em benefício do curatelado.</w:t>
      </w:r>
    </w:p>
    <w:p/>
    <w:p>
      <w:r>
        <w:rPr>
          <w:b/>
          <w:sz w:val="24"/>
        </w:rPr>
        <w:t>V – DOS DOCUMENTOS ANEXOS</w:t>
      </w:r>
    </w:p>
    <w:p/>
    <w:p>
      <w:r>
        <w:rPr>
          <w:b/>
          <w:sz w:val="22"/>
        </w:rPr>
        <w:t>Juntam-se os seguintes documentos para comprovação e conferência da presente prestação de contas:</w:t>
      </w:r>
    </w:p>
    <w:p/>
    <w:p>
      <w:r>
        <w:rPr>
          <w:b/>
          <w:sz w:val="22"/>
        </w:rPr>
        <w:t>• Extratos bancários;</w:t>
      </w:r>
    </w:p>
    <w:p>
      <w:r>
        <w:rPr>
          <w:b/>
          <w:sz w:val="22"/>
        </w:rPr>
        <w:t>• Recibos e notas fiscais de despesas realizadas;</w:t>
      </w:r>
    </w:p>
    <w:p>
      <w:r>
        <w:rPr>
          <w:b/>
          <w:sz w:val="22"/>
        </w:rPr>
        <w:t>• Contratos de compra e venda, se houver;</w:t>
      </w:r>
    </w:p>
    <w:p>
      <w:r>
        <w:rPr>
          <w:b/>
          <w:sz w:val="22"/>
        </w:rPr>
        <w:t>• Comprovantes de rendimentos e aplicações financeiras;</w:t>
      </w:r>
    </w:p>
    <w:p>
      <w:r>
        <w:rPr>
          <w:b w:val="0"/>
          <w:sz w:val="22"/>
        </w:rPr>
        <w:t>• Outros documentos pertinentes.</w:t>
      </w:r>
    </w:p>
    <w:p/>
    <w:p>
      <w:r>
        <w:rPr>
          <w:b/>
          <w:sz w:val="24"/>
        </w:rPr>
        <w:t>VI – DOS PEDIDOS</w:t>
      </w:r>
    </w:p>
    <w:p/>
    <w:p>
      <w:r>
        <w:rPr>
          <w:b/>
          <w:sz w:val="22"/>
        </w:rPr>
        <w:t>Diante do exposto, requer-se:</w:t>
      </w:r>
    </w:p>
    <w:p/>
    <w:p>
      <w:r>
        <w:rPr>
          <w:b/>
          <w:sz w:val="22"/>
        </w:rPr>
        <w:t>a) A aprovação da presente prestação de contas;</w:t>
      </w:r>
    </w:p>
    <w:p>
      <w:r>
        <w:rPr>
          <w:b/>
          <w:sz w:val="22"/>
        </w:rPr>
        <w:t>b) A intimação do Ministério Público para que manifeste sobre a aprovação;</w:t>
      </w:r>
    </w:p>
    <w:p>
      <w:r>
        <w:rPr>
          <w:b/>
          <w:sz w:val="22"/>
        </w:rPr>
        <w:t>c) A expedição de alvará para movimentação bancária e demais atos necessários à administração do patrimônio do curatelado;</w:t>
      </w:r>
    </w:p>
    <w:p>
      <w:r>
        <w:rPr>
          <w:b w:val="0"/>
          <w:sz w:val="22"/>
        </w:rPr>
        <w:t>d) A concessão de outras medidas que este juízo entender cabíveis para a boa e regular administração da curatela.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___ de ____________________ de ________</w:t>
      </w:r>
    </w:p>
    <w:p>
      <w:r>
        <w:rPr>
          <w:b w:val="0"/>
          <w:sz w:val="22"/>
        </w:rPr>
        <w:t>Local e data</w:t>
      </w:r>
    </w:p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CURADOR</w:t>
      </w:r>
    </w:p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OAB/___ nº 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https://documentos-br.com/prestacao-de-contas-curatela/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prestacao-de-contas-curatela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