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JUNTADA DE SUBSTABELECIMENTO</w:t>
      </w:r>
    </w:p>
    <w:p/>
    <w:p/>
    <w:p>
      <w:r>
        <w:rPr>
          <w:b w:val="0"/>
          <w:sz w:val="20"/>
        </w:rPr>
        <w:t>EXCELENTÍSSIMO(A) SENHOR(A) DOUTOR(A) JUIZ(A) DE DIREITO DA ____ VARA CÍVEL/CRIMINAL/TRABALHISTA/OUTRA DA COMARCA DE _______________________________</w:t>
      </w:r>
    </w:p>
    <w:p/>
    <w:p>
      <w:r>
        <w:rPr>
          <w:b w:val="0"/>
          <w:sz w:val="20"/>
        </w:rPr>
        <w:t>Processo nº: _____________________________</w:t>
      </w:r>
    </w:p>
    <w:p/>
    <w:p>
      <w:r>
        <w:rPr>
          <w:b w:val="0"/>
          <w:sz w:val="20"/>
        </w:rPr>
        <w:t>Requerente: _________________________________________________________________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_________________________________________________________________</w:t>
      </w:r>
    </w:p>
    <w:p/>
    <w:p>
      <w:r>
        <w:rPr>
          <w:b w:val="0"/>
          <w:sz w:val="20"/>
        </w:rPr>
        <w:t>__________________________, advogado(a), inscrito(a) na OAB/___ sob o nº ____________, nos autos do processo em epígrafe, que move em face de ________________________________, vem, respeitosamente, à presença de Vossa Excelência,</w:t>
      </w:r>
    </w:p>
    <w:p/>
    <w:p>
      <w:r>
        <w:rPr>
          <w:b w:val="0"/>
          <w:sz w:val="20"/>
        </w:rPr>
        <w:t>REQUERER a juntada do substabelecimento, com reservas de iguais poderes, outorgado pelo(a) advogado(a) ____________________________, inscrito(a) na OAB/___ nº ____________, conforme documento anexo.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substabelecimento ora juntado visa a regularização da representação processual, permitindo que o(a) substabelecido(a) possa praticar todos os atos necessários à defesa dos interesses do(a) outorgante e do(a) cliente.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substabelecimento é instrumento previsto no Estatuto da Advocacia e da OAB (Lei nº 8.906/94), em seu art. 5º, assegurando ao advogado substabelecido os poderes para atuar nos autos, desde que haja o devido instrumento outorgado.</w:t>
      </w:r>
    </w:p>
    <w:p/>
    <w:p>
      <w:r>
        <w:rPr>
          <w:b/>
          <w:sz w:val="22"/>
        </w:rPr>
        <w:t>III – DO PEDIDO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a) A juntada do substabelecimento ora apresentado, para que produza seus jurídicos e legais efeitos;</w:t>
      </w:r>
    </w:p>
    <w:p>
      <w:r>
        <w:rPr>
          <w:b w:val="0"/>
          <w:sz w:val="20"/>
        </w:rPr>
        <w:t>b) A intimação das partes, se necessário, para ciência da alteração da representação processual;</w:t>
      </w:r>
    </w:p>
    <w:p>
      <w:r>
        <w:rPr>
          <w:b w:val="0"/>
          <w:sz w:val="20"/>
        </w:rPr>
        <w:t>c) A prática de todos os demais atos que se fizerem necessários para a regular tramitação do feito.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Local, ____________________________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https://documentos-br.com/peticao-de-juntada-de-substabelecimento/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peticao-de-juntada-de-substabelecimento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