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NOTA DE AJUSTE</w:t>
      </w:r>
    </w:p>
    <w:p/>
    <w:p/>
    <w:p>
      <w:r>
        <w:rPr>
          <w:b/>
          <w:sz w:val="22"/>
        </w:rPr>
        <w:t>EMPRESA / EMITENTE</w:t>
      </w:r>
    </w:p>
    <w:p>
      <w:r>
        <w:rPr>
          <w:b w:val="0"/>
          <w:sz w:val="20"/>
        </w:rPr>
        <w:t>Razão Social: ___________________________________________________________</w:t>
      </w:r>
    </w:p>
    <w:p>
      <w:r>
        <w:rPr>
          <w:b w:val="0"/>
          <w:sz w:val="20"/>
        </w:rPr>
        <w:t>CNPJ: _________________________________________________________________</w:t>
      </w:r>
    </w:p>
    <w:p>
      <w:r>
        <w:rPr>
          <w:b w:val="0"/>
          <w:sz w:val="20"/>
        </w:rPr>
        <w:t>Endereço: ______________________________________________________________</w:t>
      </w:r>
    </w:p>
    <w:p>
      <w:r>
        <w:rPr>
          <w:b w:val="0"/>
          <w:sz w:val="20"/>
        </w:rPr>
        <w:t>Telefone: ______________________________________________________________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________________________________________________________________</w:t>
      </w:r>
    </w:p>
    <w:p/>
    <w:p>
      <w:r>
        <w:rPr>
          <w:b/>
          <w:sz w:val="22"/>
        </w:rPr>
        <w:t>DESTINATÁRIO</w:t>
      </w:r>
    </w:p>
    <w:p>
      <w:r>
        <w:rPr>
          <w:b w:val="0"/>
          <w:sz w:val="20"/>
        </w:rPr>
        <w:t>Nome / Razão Social: ____________________________________________________</w:t>
      </w:r>
    </w:p>
    <w:p>
      <w:r>
        <w:rPr>
          <w:b w:val="0"/>
          <w:sz w:val="20"/>
        </w:rPr>
        <w:t>CPF / CNPJ: _____________________________________________________________</w:t>
      </w:r>
    </w:p>
    <w:p>
      <w:r>
        <w:rPr>
          <w:b w:val="0"/>
          <w:sz w:val="20"/>
        </w:rPr>
        <w:t>Endereço: ______________________________________________________________</w:t>
      </w:r>
    </w:p>
    <w:p>
      <w:r>
        <w:rPr>
          <w:b w:val="0"/>
          <w:sz w:val="20"/>
        </w:rPr>
        <w:t>Telefone: ______________________________________________________________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________________________________________________________________</w:t>
      </w:r>
    </w:p>
    <w:p/>
    <w:p/>
    <w:p>
      <w:r>
        <w:rPr>
          <w:b/>
          <w:sz w:val="20"/>
        </w:rPr>
        <w:t>Número da Nota de Ajuste: ___________________</w:t>
      </w:r>
    </w:p>
    <w:p>
      <w:r>
        <w:rPr>
          <w:b/>
          <w:sz w:val="20"/>
        </w:rPr>
        <w:t>Referente ao contrato / fatura nº: ______________________________________</w:t>
      </w:r>
    </w:p>
    <w:p/>
    <w:p/>
    <w:p>
      <w:r>
        <w:rPr>
          <w:b/>
          <w:sz w:val="22"/>
        </w:rPr>
        <w:t>DETALHAMENTO DO AJUSTE</w:t>
      </w:r>
    </w:p>
    <w:p>
      <w:pPr>
        <w:ind w:firstLine="425"/>
      </w:pPr>
      <w:r>
        <w:rPr>
          <w:b w:val="0"/>
          <w:sz w:val="20"/>
        </w:rPr>
        <w:t>Pelo presente instrumento, a empresa emitente comunica ao destinatário as seguintes alterações e ajustes referentes aos valores anteriormente faturados, que deverão ser considerados para fins de pagamento e contabilização:</w:t>
      </w:r>
    </w:p>
    <w:p/>
    <w:p>
      <w:r>
        <w:rPr>
          <w:b w:val="0"/>
          <w:sz w:val="20"/>
        </w:rPr>
        <w:t>1. Valor original faturado: R$ ________________________________</w:t>
      </w:r>
    </w:p>
    <w:p>
      <w:r>
        <w:rPr>
          <w:b w:val="0"/>
          <w:sz w:val="20"/>
        </w:rPr>
        <w:t>2. Valor ajustado: R$ _________________________________________</w:t>
      </w:r>
    </w:p>
    <w:p>
      <w:r>
        <w:rPr>
          <w:b w:val="0"/>
          <w:sz w:val="20"/>
        </w:rPr>
        <w:t>3. Motivo do ajuste:</w:t>
      </w:r>
    </w:p>
    <w:p>
      <w:pPr>
        <w:ind w:firstLine="425"/>
      </w:pPr>
      <w:r>
        <w:rPr>
          <w:b w:val="0"/>
          <w:sz w:val="20"/>
        </w:rPr>
        <w:t xml:space="preserve">   ____________________________________________________________</w:t>
      </w:r>
    </w:p>
    <w:p>
      <w:pPr>
        <w:ind w:firstLine="425"/>
      </w:pPr>
      <w:r>
        <w:rPr>
          <w:b w:val="0"/>
          <w:sz w:val="20"/>
        </w:rPr>
        <w:t xml:space="preserve">   ____________________________________________________________</w:t>
      </w:r>
    </w:p>
    <w:p>
      <w:pPr>
        <w:ind w:firstLine="425"/>
      </w:pPr>
      <w:r>
        <w:rPr>
          <w:b w:val="0"/>
          <w:sz w:val="20"/>
        </w:rPr>
        <w:t xml:space="preserve">   ____________________________________________________________</w:t>
      </w:r>
    </w:p>
    <w:p>
      <w:r>
        <w:rPr>
          <w:b w:val="0"/>
          <w:sz w:val="20"/>
        </w:rPr>
        <w:t>4. Período / competência a que se refere o ajuste:</w:t>
      </w:r>
    </w:p>
    <w:p>
      <w:pPr>
        <w:ind w:firstLine="425"/>
      </w:pPr>
      <w:r>
        <w:rPr>
          <w:b w:val="0"/>
          <w:sz w:val="20"/>
        </w:rPr>
        <w:t xml:space="preserve">   ____________________________________________________________</w:t>
      </w:r>
    </w:p>
    <w:p>
      <w:pPr>
        <w:ind w:firstLine="425"/>
      </w:pPr>
      <w:r>
        <w:rPr>
          <w:b w:val="0"/>
          <w:sz w:val="20"/>
        </w:rPr>
        <w:t xml:space="preserve">   ____________________________________________________________</w:t>
      </w:r>
    </w:p>
    <w:p>
      <w:r>
        <w:rPr>
          <w:b w:val="0"/>
          <w:sz w:val="20"/>
        </w:rPr>
        <w:t>5. Observações adicionais:</w:t>
      </w:r>
    </w:p>
    <w:p>
      <w:pPr>
        <w:ind w:firstLine="425"/>
      </w:pPr>
      <w:r>
        <w:rPr>
          <w:b w:val="0"/>
          <w:sz w:val="20"/>
        </w:rPr>
        <w:t xml:space="preserve">   ____________________________________________________________</w:t>
      </w:r>
    </w:p>
    <w:p>
      <w:pPr>
        <w:ind w:firstLine="425"/>
      </w:pPr>
      <w:r>
        <w:rPr>
          <w:b w:val="0"/>
          <w:sz w:val="20"/>
        </w:rPr>
        <w:t xml:space="preserve">   ____________________________________________________________</w:t>
      </w:r>
    </w:p>
    <w:p>
      <w:pPr>
        <w:ind w:firstLine="425"/>
      </w:pPr>
      <w:r>
        <w:rPr>
          <w:b w:val="0"/>
          <w:sz w:val="20"/>
        </w:rPr>
        <w:t xml:space="preserve">   ____________________________________________________________</w:t>
      </w:r>
    </w:p>
    <w:p/>
    <w:p/>
    <w:p>
      <w:r>
        <w:rPr>
          <w:b/>
          <w:sz w:val="22"/>
        </w:rPr>
        <w:t>CONDIÇÕES</w:t>
      </w:r>
    </w:p>
    <w:p>
      <w:pPr>
        <w:ind w:firstLine="425"/>
      </w:pPr>
      <w:r>
        <w:rPr>
          <w:b w:val="0"/>
          <w:sz w:val="20"/>
        </w:rPr>
        <w:t>Esta Nota de Ajuste tem validade para fins fiscais e contábeis, devendo ser considerada para as próximas cobranças e pagamentos entre as partes, não alterando as demais cláusulas contratuais previamente ajustadas.</w:t>
      </w:r>
    </w:p>
    <w:p>
      <w:pPr>
        <w:ind w:firstLine="425"/>
      </w:pPr>
      <w:r>
        <w:rPr>
          <w:b w:val="0"/>
          <w:sz w:val="20"/>
        </w:rPr>
        <w:t>O pagamento deverá ser efetuado conforme condições originais do contrato, considerando os valores ajustados aqui informados.</w:t>
      </w:r>
    </w:p>
    <w:p/>
    <w:p/>
    <w:p/>
    <w:p>
      <w:r>
        <w:rPr>
          <w:b w:val="0"/>
          <w:sz w:val="20"/>
        </w:rPr>
        <w:t>Local: ____________________________________________</w:t>
      </w:r>
    </w:p>
    <w:p>
      <w:r>
        <w:rPr>
          <w:b w:val="0"/>
          <w:sz w:val="20"/>
        </w:rPr>
        <w:t>Data: ____ / ____ / ______</w:t>
      </w:r>
    </w:p>
    <w:p/>
    <w:p/>
    <w:p/>
    <w:tbl>
      <w:tblPr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/>
              </w:rPr>
              <w:t>__________________________________________</w:t>
            </w:r>
          </w:p>
          <w:p>
            <w:pPr>
              <w:jc w:val="center"/>
            </w:pPr>
            <w:r>
              <w:rPr>
                <w:b/>
              </w:rPr>
              <w:t>Emitente / Responsável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/>
              </w:rPr>
              <w:t>__________________________________________</w:t>
            </w:r>
          </w:p>
          <w:p>
            <w:pPr>
              <w:jc w:val="center"/>
            </w:pPr>
            <w:r>
              <w:rPr>
                <w:b/>
              </w:rPr>
              <w:t>Destinatário / Responsável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Cargo: 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Cargo: 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https://documentos-br.com/nda/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br.com/nda/" TargetMode="External"/><Relationship Id="rId10" Type="http://schemas.openxmlformats.org/officeDocument/2006/relationships/hyperlink" Target="https://document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