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MATRÍCULA DE IMÓVEL</w:t>
      </w:r>
    </w:p>
    <w:p/>
    <w:p>
      <w:r>
        <w:rPr>
          <w:b w:val="0"/>
          <w:sz w:val="20"/>
        </w:rPr>
        <w:t>OFICIAL DE REGISTRO DE IMÓVEIS DA COMARCA DE _______________________________</w:t>
      </w:r>
    </w:p>
    <w:p/>
    <w:p>
      <w:r>
        <w:rPr>
          <w:b w:val="0"/>
          <w:sz w:val="20"/>
        </w:rPr>
        <w:t>MATRÍCULA Nº: _______________________________</w:t>
      </w:r>
    </w:p>
    <w:p>
      <w:r>
        <w:rPr>
          <w:b w:val="0"/>
          <w:sz w:val="20"/>
        </w:rPr>
        <w:t>TERMO Nº: _________________________________</w:t>
      </w:r>
    </w:p>
    <w:p>
      <w:r>
        <w:rPr>
          <w:b w:val="0"/>
          <w:sz w:val="20"/>
        </w:rPr>
        <w:t>DATA DE ABERTURA: _________________________</w:t>
      </w:r>
    </w:p>
    <w:p>
      <w:r>
        <w:rPr>
          <w:b w:val="0"/>
          <w:sz w:val="20"/>
        </w:rPr>
        <w:t>LOCALIZAÇÃO DO IMÓVEL: _____________________________________________________</w:t>
      </w:r>
    </w:p>
    <w:p/>
    <w:p>
      <w:r>
        <w:rPr>
          <w:b/>
          <w:sz w:val="22"/>
        </w:rPr>
        <w:t>1. QUALIFICAÇÃO DO IMÓVEL</w:t>
      </w:r>
    </w:p>
    <w:p/>
    <w:p>
      <w:r>
        <w:rPr>
          <w:b/>
          <w:sz w:val="22"/>
        </w:rPr>
        <w:t>Descrição completa do imóvel: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Limites e confrontações: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Área total: ________________________ m²</w:t>
      </w:r>
    </w:p>
    <w:p/>
    <w:p>
      <w:r>
        <w:rPr>
          <w:b/>
          <w:sz w:val="22"/>
        </w:rPr>
        <w:t>2. PROPRIETÁRIO(S) ATUAL(IS)</w:t>
      </w:r>
    </w:p>
    <w:p/>
    <w:p>
      <w:r>
        <w:rPr>
          <w:b w:val="0"/>
          <w:sz w:val="20"/>
        </w:rPr>
        <w:t>Nome(s):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</w:t>
      </w:r>
    </w:p>
    <w:p>
      <w:r>
        <w:rPr>
          <w:b w:val="0"/>
          <w:sz w:val="20"/>
        </w:rPr>
        <w:t>Endereço residencial/comercial: 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3. HISTÓRICO REGISTRAL</w:t>
      </w:r>
    </w:p>
    <w:p/>
    <w:p>
      <w:r>
        <w:rPr>
          <w:b/>
          <w:sz w:val="22"/>
        </w:rPr>
        <w:t>Registros anteriores e averbações relevantes: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4. ÔNUS E RESTRIÇÕES</w:t>
      </w:r>
    </w:p>
    <w:p/>
    <w:p>
      <w:r>
        <w:rPr>
          <w:b/>
          <w:sz w:val="22"/>
        </w:rPr>
        <w:t>Hipotecas, penhoras, usufrutos, servidões, arrestos, bloqueios judiciais, entre outros: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5. TRANSMISSÕES E AQUISIÇÕES</w:t>
      </w:r>
    </w:p>
    <w:p/>
    <w:p>
      <w:r>
        <w:rPr>
          <w:b/>
          <w:sz w:val="22"/>
        </w:rPr>
        <w:t>Descrição das transmissões de propriedade anteriores, com datas e partes envolvidas: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6. AVERBAÇÕES DIVERSAS</w:t>
      </w:r>
    </w:p>
    <w:p/>
    <w:p>
      <w:r>
        <w:rPr>
          <w:b/>
          <w:sz w:val="22"/>
        </w:rPr>
        <w:t>Alterações, construções, demolições, desmembramentos, incorporações, etc.: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7. OBSERVAÇÕES GERAIS</w:t>
      </w:r>
    </w:p>
    <w:p/>
    <w:p>
      <w:r>
        <w:rPr>
          <w:b/>
          <w:sz w:val="22"/>
        </w:rPr>
        <w:t>Informações adicionais relevantes para a matrícula: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8. CERTIFICO que, conforme os registros deste cartório, esta matrícula encontra-se atualizada</w:t>
      </w:r>
    </w:p>
    <w:p>
      <w:r>
        <w:rPr>
          <w:b w:val="0"/>
          <w:sz w:val="20"/>
        </w:rPr>
        <w:t>e reflete a situação jurídica do imóvel até a presente data.</w:t>
      </w:r>
    </w:p>
    <w:p/>
    <w:p>
      <w:r>
        <w:rPr>
          <w:b w:val="0"/>
          <w:sz w:val="20"/>
        </w:rPr>
        <w:t>Local e data: _______________________________________________________________</w:t>
      </w:r>
    </w:p>
    <w:p/>
    <w:p>
      <w:r>
        <w:rPr>
          <w:b w:val="0"/>
          <w:sz w:val="20"/>
        </w:rPr>
        <w:t>Assinatura do Oficial de Registro: ____________________________________________</w:t>
      </w:r>
    </w:p>
    <w:p/>
    <w:p>
      <w:r>
        <w:rPr>
          <w:b/>
          <w:sz w:val="22"/>
        </w:rPr>
        <w:t>Carimbo e selo do Cartório:</w:t>
      </w:r>
    </w:p>
    <w:p/>
    <w:p>
      <w:r>
        <w:rPr>
          <w:b w:val="0"/>
          <w:sz w:val="20"/>
        </w:rPr>
        <w:t>____________________________________________________</w:t>
      </w:r>
    </w:p>
    <w:p>
      <w:r>
        <w:rPr>
          <w:b w:val="0"/>
          <w:sz w:val="20"/>
        </w:rPr>
        <w:t>Oficial de Registro de Imóveis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https://documentos-br.com/matricula-de-imovel/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matricula-de-imovel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