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REQUERIMENTO DE DESFILIAÇÃO PARTIDÁRIA</w:t>
      </w:r>
    </w:p>
    <w:p/>
    <w:p/>
    <w:p>
      <w:pPr>
        <w:jc w:val="center"/>
      </w:pPr>
      <w:r>
        <w:rPr>
          <w:b/>
          <w:sz w:val="22"/>
        </w:rPr>
        <w:t>AO PRESIDENTE DA DIRETORIA EXECUTIVA NACIONAL</w:t>
      </w:r>
    </w:p>
    <w:p>
      <w:pPr>
        <w:jc w:val="center"/>
      </w:pPr>
      <w:r>
        <w:rPr>
          <w:b/>
          <w:sz w:val="22"/>
        </w:rPr>
        <w:t>DO PARTIDO POLÍTICO ______________________________</w:t>
      </w:r>
    </w:p>
    <w:p/>
    <w:p/>
    <w:p>
      <w:r>
        <w:rPr>
          <w:b w:val="0"/>
          <w:sz w:val="22"/>
        </w:rPr>
        <w:t>Eu, _________________________________________________, brasileiro(a), portador(a) do Documento de Identidade nº _____________________, inscrito(a) no CPF sob nº ____________________________, residente e domiciliado(a) à ________________________________________________, venho, por meio deste, requerer minha desfiliação do Partido Político ______________________________, com fundamento no artigo 19, inciso I, da Lei nº 9.096/1995 (Lei dos Partidos Políticos) e demais legislações pertinentes.</w:t>
      </w:r>
    </w:p>
    <w:p/>
    <w:p>
      <w:r>
        <w:rPr>
          <w:b w:val="0"/>
          <w:sz w:val="22"/>
        </w:rPr>
        <w:t>Declaro que a presente decisão é voluntária, consciente e irrevogável, não tendo sido coagido(a) ou pressionado(a) a tomar tal providência, e renuncio a quaisquer direitos e obrigações vinculados à minha filiação anterior.</w:t>
      </w:r>
    </w:p>
    <w:p/>
    <w:p>
      <w:r>
        <w:rPr>
          <w:b w:val="0"/>
          <w:sz w:val="22"/>
        </w:rPr>
        <w:t>Solicito que sejam adotadas todas as providências administrativas necessárias para o devido registro da minha desfiliação junto aos órgãos competentes, bem como a baixa de meu nome no cadastro partidário.</w:t>
      </w:r>
    </w:p>
    <w:p/>
    <w:p>
      <w:r>
        <w:rPr>
          <w:b w:val="0"/>
          <w:sz w:val="22"/>
        </w:rPr>
        <w:t>Por fim, requeiro que seja fornecido documento comprobatório do processamento deste pedido, para os devidos fins legais.</w:t>
      </w:r>
    </w:p>
    <w:p/>
    <w:p/>
    <w:p>
      <w:r>
        <w:rPr>
          <w:b w:val="0"/>
          <w:sz w:val="22"/>
        </w:rPr>
        <w:t>______________________________, ____________________________</w:t>
      </w:r>
    </w:p>
    <w:p>
      <w:r>
        <w:rPr>
          <w:b w:val="0"/>
          <w:sz w:val="22"/>
        </w:rPr>
        <w:t>Local                                      Data</w:t>
      </w:r>
    </w:p>
    <w:p/>
    <w:p/>
    <w:p/>
    <w:p/>
    <w:p>
      <w:r>
        <w:rPr>
          <w:b w:val="0"/>
          <w:sz w:val="22"/>
        </w:rPr>
        <w:t>__________________________________________</w:t>
      </w:r>
    </w:p>
    <w:p>
      <w:r>
        <w:rPr>
          <w:b w:val="0"/>
          <w:sz w:val="22"/>
        </w:rPr>
        <w:t>Assinatura do(a) Requerente</w:t>
      </w:r>
    </w:p>
    <w:p/>
    <w:p/>
    <w:p>
      <w:r>
        <w:rPr>
          <w:b/>
          <w:sz w:val="22"/>
        </w:rPr>
        <w:t>Observações:</w:t>
      </w:r>
    </w:p>
    <w:p>
      <w:r>
        <w:rPr>
          <w:b w:val="0"/>
          <w:sz w:val="22"/>
        </w:rPr>
        <w:t>___________________________________________________________________________________________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https://documentos-br.com/desfiliacao-partidaria/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desfiliacao-partidaria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