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PETIÇÃO INICIAL DE INDENIZAÇÃO POR DANOS MORAIS</w:t>
      </w:r>
    </w:p>
    <w:p/>
    <w:p>
      <w:r>
        <w:rPr>
          <w:b w:val="0"/>
          <w:sz w:val="22"/>
        </w:rPr>
        <w:t>EXCELENTÍSSIMO(A) SENHOR(A) DOUTOR(A) JUIZ(A) DE DIREITO DA ___ VARA CÍVEL DA COMARCA DE _______________________</w:t>
      </w:r>
    </w:p>
    <w:p/>
    <w:p>
      <w:r>
        <w:rPr>
          <w:b w:val="0"/>
          <w:sz w:val="22"/>
        </w:rPr>
        <w:t>NOME DO AUTOR: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____________________________________________________________________</w:t>
      </w:r>
    </w:p>
    <w:p>
      <w:r>
        <w:rPr>
          <w:b w:val="0"/>
          <w:sz w:val="22"/>
        </w:rPr>
        <w:t>CEP: ______________________    TELEFONE: _______________________________________</w:t>
      </w:r>
    </w:p>
    <w:p>
      <w:r>
        <w:rPr>
          <w:b w:val="0"/>
          <w:sz w:val="22"/>
        </w:rPr>
        <w:t>E-MAIL: ______________________________________________________________________</w:t>
      </w:r>
    </w:p>
    <w:p/>
    <w:p>
      <w:r>
        <w:rPr>
          <w:b w:val="0"/>
          <w:sz w:val="22"/>
        </w:rPr>
        <w:t>NOME DO RÉU: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___________________________________________________________________</w:t>
      </w:r>
    </w:p>
    <w:p>
      <w:r>
        <w:rPr>
          <w:b w:val="0"/>
          <w:sz w:val="22"/>
        </w:rPr>
        <w:t>CPF/CNPJ: 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____________________________________________________________________</w:t>
      </w:r>
    </w:p>
    <w:p>
      <w:r>
        <w:rPr>
          <w:b w:val="0"/>
          <w:sz w:val="22"/>
        </w:rPr>
        <w:t>CEP: ______________________    TELEFONE: _______________________________________</w:t>
      </w:r>
    </w:p>
    <w:p>
      <w:r>
        <w:rPr>
          <w:b w:val="0"/>
          <w:sz w:val="22"/>
        </w:rPr>
        <w:t>E-MAIL: ______________________________________________________________________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/>
          <w:sz w:val="22"/>
        </w:rPr>
        <w:t>O Autor passou a sofrer graves danos morais em decorrência dos atos praticados pelo Réu, conforme se relata a seguir:</w:t>
      </w:r>
    </w:p>
    <w:p>
      <w:r>
        <w:rPr>
          <w:b w:val="0"/>
          <w:sz w:val="22"/>
        </w:rPr>
        <w:t>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</w:t>
      </w:r>
    </w:p>
    <w:p/>
    <w:p>
      <w:r>
        <w:rPr>
          <w:b w:val="0"/>
          <w:sz w:val="22"/>
        </w:rPr>
        <w:t>Descrever detalhadamente os fatos que ensejaram o dano moral, indicando datas, local, pessoas envolvidas, e demais circunstâncias relevantes.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Conforme o artigo 186 do Código Civil, aquele que, por ação ou omissão voluntária, negligência ou imprudência, violar direito e causar dano a outrem, fica obrigado a repará-lo.</w:t>
      </w:r>
    </w:p>
    <w:p/>
    <w:p>
      <w:r>
        <w:rPr>
          <w:b w:val="0"/>
          <w:sz w:val="22"/>
        </w:rPr>
        <w:t>Nos termos do artigo 927 do mesmo diploma legal, aquele que causar dano a outrem é obrigado a repará-lo, independentemente de culpa, nos casos especificados em lei.</w:t>
      </w:r>
    </w:p>
    <w:p/>
    <w:p>
      <w:r>
        <w:rPr>
          <w:b w:val="0"/>
          <w:sz w:val="22"/>
        </w:rPr>
        <w:t>O dano moral é passível de indenização, conforme jurisprudência consolidada do Superior Tribunal de Justiça e do Supremo Tribunal Federal, sendo direito do Autor a reparação pelos sofrimentos, humilhações e abalos psíquicos suportados.</w:t>
      </w:r>
    </w:p>
    <w:p/>
    <w:p>
      <w:r>
        <w:rPr>
          <w:b/>
          <w:sz w:val="24"/>
        </w:rPr>
        <w:t>III – DOS DANOS</w:t>
      </w:r>
    </w:p>
    <w:p/>
    <w:p>
      <w:r>
        <w:rPr>
          <w:b w:val="0"/>
          <w:sz w:val="22"/>
        </w:rPr>
        <w:t>Os atos praticados pelo Réu causaram ao Autor danos de ordem moral, afetando sua honra, imagem, dignidade e paz de espírito, configurando-se o dever de indenizar.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 w:val="0"/>
          <w:sz w:val="22"/>
        </w:rPr>
        <w:t>1. A citação do Réu para que responda aos termos da presente ação, sob pena de revelia e confissão;</w:t>
      </w:r>
    </w:p>
    <w:p>
      <w:r>
        <w:rPr>
          <w:b w:val="0"/>
          <w:sz w:val="22"/>
        </w:rPr>
        <w:t>2. A condenação do Réu ao pagamento de indenização por danos morais no valor de R$ _______________________;</w:t>
      </w:r>
    </w:p>
    <w:p>
      <w:r>
        <w:rPr>
          <w:b w:val="0"/>
          <w:sz w:val="22"/>
        </w:rPr>
        <w:t>3. A condenação do Réu ao pagamento de custas processuais e honorários advocatícios;</w:t>
      </w:r>
    </w:p>
    <w:p>
      <w:r>
        <w:rPr>
          <w:b w:val="0"/>
          <w:sz w:val="22"/>
        </w:rPr>
        <w:t>4. A produção de todas as provas em direito admitidas, especialmente prova testemunhal, documental e pericial, se necessário;</w:t>
      </w:r>
    </w:p>
    <w:p>
      <w:r>
        <w:rPr>
          <w:b w:val="0"/>
          <w:sz w:val="22"/>
        </w:rPr>
        <w:t>5. A concessão dos benefícios da justiça gratuita, caso o Autor faça jus.</w:t>
      </w:r>
    </w:p>
    <w:p/>
    <w:p>
      <w:r>
        <w:rPr>
          <w:b/>
          <w:sz w:val="24"/>
        </w:rPr>
        <w:t>V – DO VALOR DA CAUSA</w:t>
      </w:r>
    </w:p>
    <w:p/>
    <w:p>
      <w:r>
        <w:rPr>
          <w:b w:val="0"/>
          <w:sz w:val="22"/>
        </w:rPr>
        <w:t>Dá-se à causa o valor de R$ __________________________ (valor da indenização pretendida).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 de __________________________ de ________.</w:t>
      </w:r>
    </w:p>
    <w:p/>
    <w:p>
      <w:r>
        <w:rPr>
          <w:b w:val="0"/>
          <w:sz w:val="22"/>
        </w:rPr>
        <w:t>________________________________________</w:t>
      </w:r>
    </w:p>
    <w:p>
      <w:r>
        <w:rPr>
          <w:b w:val="0"/>
          <w:sz w:val="22"/>
        </w:rPr>
        <w:t>Nome do Advogado</w:t>
      </w:r>
    </w:p>
    <w:p>
      <w:r>
        <w:rPr>
          <w:b w:val="0"/>
          <w:sz w:val="22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https://documentos-br.com/danos-morais/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danos-morais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