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PARTICULAR DE COMPRA E VENDA DE VEÍCULO AUTOMOTOR</w:t>
      </w:r>
    </w:p>
    <w:p/>
    <w:p/>
    <w:p>
      <w:r>
        <w:rPr>
          <w:b w:val="0"/>
          <w:sz w:val="20"/>
        </w:rPr>
        <w:t>Pelo presente instrumento particular de Compra e Venda que entre si fazem, de um lado, como VENDEDOR(a): ____________________________________________, portador(a) do CPF nº ________________ e RG nº _______________, residente e domiciliado(a) à ________________________________________________, e, de outro lado, como COMPRADOR(a): ____________________________________________, portador(a) do CPF nº ________________ e RG nº _______________, residente e domiciliado(a) à ________________________________________________, têm entre si justo e contratado o que segue, que mutuamente aceitam e outorgam, sob as cláusulas e condições abaixo.</w:t>
      </w:r>
    </w:p>
    <w:p/>
    <w:p/>
    <w:p>
      <w:pPr>
        <w:jc w:val="left"/>
      </w:pPr>
      <w:r>
        <w:rPr>
          <w:b/>
          <w:sz w:val="22"/>
        </w:rPr>
        <w:t>CLÁUSULA 1ª – DO OBJETO</w:t>
      </w:r>
    </w:p>
    <w:p>
      <w:r>
        <w:rPr>
          <w:b w:val="0"/>
          <w:sz w:val="20"/>
        </w:rPr>
        <w:t>O VENDEDOR(a) vende ao COMPRADOR(a), e este compra, o veículo automotor abaixo descrito, que declara ser de sua legítima propriedade, livre e desembaraçado de quaisquer ônus ou gravames:</w:t>
      </w:r>
    </w:p>
    <w:p>
      <w:pPr>
        <w:ind w:left="567"/>
      </w:pPr>
      <w:r>
        <w:rPr>
          <w:b w:val="0"/>
          <w:sz w:val="20"/>
        </w:rPr>
        <w:t>Marca/Modelo: ________________________________________________</w:t>
      </w:r>
    </w:p>
    <w:p>
      <w:pPr>
        <w:ind w:left="567"/>
      </w:pPr>
      <w:r>
        <w:rPr>
          <w:b w:val="0"/>
          <w:sz w:val="20"/>
        </w:rPr>
        <w:t>Ano de Fabricação/Modelo: ______________ / ________________</w:t>
      </w:r>
    </w:p>
    <w:p>
      <w:pPr>
        <w:ind w:left="567"/>
      </w:pPr>
      <w:r>
        <w:rPr>
          <w:b w:val="0"/>
          <w:sz w:val="20"/>
        </w:rPr>
        <w:t>Cor: _________________________________</w:t>
      </w:r>
    </w:p>
    <w:p>
      <w:pPr>
        <w:ind w:left="567"/>
      </w:pPr>
      <w:r>
        <w:rPr>
          <w:b w:val="0"/>
          <w:sz w:val="20"/>
        </w:rPr>
        <w:t>Placa: ______________________________</w:t>
      </w:r>
    </w:p>
    <w:p>
      <w:pPr>
        <w:ind w:left="567"/>
      </w:pPr>
      <w:r>
        <w:rPr>
          <w:b w:val="0"/>
          <w:sz w:val="20"/>
        </w:rPr>
        <w:t>Renavam: ____________________________</w:t>
      </w:r>
    </w:p>
    <w:p>
      <w:pPr>
        <w:ind w:left="567"/>
      </w:pPr>
      <w:r>
        <w:rPr>
          <w:b w:val="0"/>
          <w:sz w:val="20"/>
        </w:rPr>
        <w:t>Chassi: _____________________________</w:t>
      </w:r>
    </w:p>
    <w:p>
      <w:pPr>
        <w:ind w:left="567"/>
      </w:pPr>
      <w:r>
        <w:rPr>
          <w:b w:val="0"/>
          <w:sz w:val="20"/>
        </w:rPr>
        <w:t>Número do motor (se aplicável): ______________________________</w:t>
      </w:r>
    </w:p>
    <w:p>
      <w:pPr>
        <w:ind w:left="567"/>
      </w:pPr>
      <w:r>
        <w:rPr>
          <w:b w:val="0"/>
          <w:sz w:val="20"/>
        </w:rPr>
        <w:t>Outras características relevantes: ____________________________________________</w:t>
      </w:r>
    </w:p>
    <w:p/>
    <w:p>
      <w:pPr>
        <w:jc w:val="left"/>
      </w:pPr>
      <w:r>
        <w:rPr>
          <w:b/>
          <w:sz w:val="22"/>
        </w:rPr>
        <w:t>CLÁUSULA 2ª – DO PREÇO E FORMA DE PAGAMENTO</w:t>
      </w:r>
    </w:p>
    <w:p>
      <w:r>
        <w:rPr>
          <w:b w:val="0"/>
          <w:sz w:val="20"/>
        </w:rPr>
        <w:t>O preço certo e ajustado para a presente venda é de R$ ________________________________ (__________________________), que o COMPRADOR(a) pagará ao VENDEDOR(a) da seguinte forma:</w:t>
      </w:r>
    </w:p>
    <w:p>
      <w:pPr>
        <w:ind w:left="567"/>
      </w:pPr>
      <w:r>
        <w:rPr>
          <w:b w:val="0"/>
          <w:sz w:val="20"/>
        </w:rPr>
        <w:t>- Valor à vista: R$ ____________________________</w:t>
      </w:r>
    </w:p>
    <w:p>
      <w:pPr>
        <w:ind w:left="567"/>
      </w:pPr>
      <w:r>
        <w:rPr>
          <w:b w:val="0"/>
          <w:sz w:val="20"/>
        </w:rPr>
        <w:t>- Ou parcelado em ____ (____) vezes iguais, mensais e consecutivas, de R$ ________________, vencendo a primeira em __/__/____ e as demais nos meses subsequentes.</w:t>
      </w:r>
    </w:p>
    <w:p>
      <w:r>
        <w:rPr>
          <w:b w:val="0"/>
          <w:sz w:val="20"/>
        </w:rPr>
        <w:t>O pagamento será realizado mediante _______________________________________________________________ (especificar forma: transferência bancária, cheque, dinheiro, etc.).</w:t>
      </w:r>
    </w:p>
    <w:p/>
    <w:p>
      <w:pPr>
        <w:jc w:val="left"/>
      </w:pPr>
      <w:r>
        <w:rPr>
          <w:b/>
          <w:sz w:val="22"/>
        </w:rPr>
        <w:t>CLÁUSULA 3ª – DA ENTREGA DO VEÍCULO</w:t>
      </w:r>
    </w:p>
    <w:p>
      <w:r>
        <w:rPr>
          <w:b w:val="0"/>
          <w:sz w:val="20"/>
        </w:rPr>
        <w:t>O VENDEDOR(a) entrega ao COMPRADOR(a), neste ato, o veículo descrito na Cláusula 1ª, com os documentos originais, em perfeitas condições de uso e funcionamento, ressalvadas as condições aqui acordadas.</w:t>
      </w:r>
    </w:p>
    <w:p/>
    <w:p>
      <w:pPr>
        <w:jc w:val="left"/>
      </w:pPr>
      <w:r>
        <w:rPr>
          <w:b/>
          <w:sz w:val="22"/>
        </w:rPr>
        <w:t>CLÁUSULA 4ª – DAS OBRIGAÇÕES DO VENDEDOR</w:t>
      </w:r>
    </w:p>
    <w:p>
      <w:pPr>
        <w:ind w:left="567"/>
      </w:pPr>
      <w:r>
        <w:rPr>
          <w:b w:val="0"/>
          <w:sz w:val="20"/>
        </w:rPr>
        <w:t>- Garantir ao COMPRADOR(a) a posse e propriedade do veículo livre de quaisquer ônus, débitos, multas ou ações judiciais.</w:t>
      </w:r>
    </w:p>
    <w:p>
      <w:pPr>
        <w:ind w:left="567"/>
      </w:pPr>
      <w:r>
        <w:rPr>
          <w:b w:val="0"/>
          <w:sz w:val="20"/>
        </w:rPr>
        <w:t>- Responsabilizar-se por eventuais débitos anteriores à data da entrega do veículo.</w:t>
      </w:r>
    </w:p>
    <w:p>
      <w:pPr>
        <w:ind w:left="567"/>
      </w:pPr>
      <w:r>
        <w:rPr>
          <w:b w:val="0"/>
          <w:sz w:val="20"/>
        </w:rPr>
        <w:t>- Fornecer toda a documentação necessária para transferência de titularidade no prazo máximo de ____ dias.</w:t>
      </w:r>
    </w:p>
    <w:p/>
    <w:p>
      <w:pPr>
        <w:jc w:val="left"/>
      </w:pPr>
      <w:r>
        <w:rPr>
          <w:b/>
          <w:sz w:val="22"/>
        </w:rPr>
        <w:t>CLÁUSULA 5ª – DAS OBRIGAÇÕES DO COMPRADOR</w:t>
      </w:r>
    </w:p>
    <w:p>
      <w:pPr>
        <w:ind w:left="567"/>
      </w:pPr>
      <w:r>
        <w:rPr>
          <w:b w:val="0"/>
          <w:sz w:val="20"/>
        </w:rPr>
        <w:t>- Efetuar o pagamento do preço na forma e prazo ajustados.</w:t>
      </w:r>
    </w:p>
    <w:p>
      <w:pPr>
        <w:ind w:left="567"/>
      </w:pPr>
      <w:r>
        <w:rPr>
          <w:b w:val="0"/>
          <w:sz w:val="20"/>
        </w:rPr>
        <w:t>- Providenciar a transferência de titularidade do veículo junto ao órgão competente, no prazo legal.</w:t>
      </w:r>
    </w:p>
    <w:p>
      <w:pPr>
        <w:ind w:left="567"/>
      </w:pPr>
      <w:r>
        <w:rPr>
          <w:b w:val="0"/>
          <w:sz w:val="20"/>
        </w:rPr>
        <w:t>- Responder por multas, tributos e encargos incidentes sobre o veículo a partir da data da entrega.</w:t>
      </w:r>
    </w:p>
    <w:p/>
    <w:p>
      <w:pPr>
        <w:jc w:val="left"/>
      </w:pPr>
      <w:r>
        <w:rPr>
          <w:b/>
          <w:sz w:val="22"/>
        </w:rPr>
        <w:t>CLÁUSULA 6ª – DA TRANSFERÊNCIA E DESPESAS</w:t>
      </w:r>
    </w:p>
    <w:p>
      <w:r>
        <w:rPr>
          <w:b w:val="0"/>
          <w:sz w:val="20"/>
        </w:rPr>
        <w:t>As despesas relativas à transferência do veículo para o nome do COMPRADOR(a), incluindo taxas, emolumentos e impostos, serão de responsabilidade do(a) _______________ (VENDEDOR(a) / COMPRADOR(a)).</w:t>
      </w:r>
    </w:p>
    <w:p/>
    <w:p>
      <w:pPr>
        <w:jc w:val="left"/>
      </w:pPr>
      <w:r>
        <w:rPr>
          <w:b/>
          <w:sz w:val="22"/>
        </w:rPr>
        <w:t>CLÁUSULA 7ª – DA RESCISÃO CONTRATUAL</w:t>
      </w:r>
    </w:p>
    <w:p>
      <w:r>
        <w:rPr>
          <w:b w:val="0"/>
          <w:sz w:val="20"/>
        </w:rPr>
        <w:t>Em caso de inadimplemento de quaisquer das cláusulas deste contrato, a parte prejudicada poderá considerá-lo rescindido, mediante notificação por escrito, podendo exigir indenização por perdas e danos.</w:t>
      </w:r>
    </w:p>
    <w:p/>
    <w:p>
      <w:pPr>
        <w:jc w:val="left"/>
      </w:pPr>
      <w:r>
        <w:rPr>
          <w:b/>
          <w:sz w:val="22"/>
        </w:rPr>
        <w:t>CLÁUSULA 8ª – DA RESPONSABILIDADE CIVIL</w:t>
      </w:r>
    </w:p>
    <w:p>
      <w:r>
        <w:rPr>
          <w:b w:val="0"/>
          <w:sz w:val="20"/>
        </w:rPr>
        <w:t>O VENDEDOR(a) declara que o veículo não possui vícios ocultos e que este se encontra em condições adequadas para o uso a que se destina. Eventuais defeitos posteriores à entrega serão de responsabilidade do COMPRADOR(a), salvo se comprovada má-fé do VENDEDOR(a).</w:t>
      </w:r>
    </w:p>
    <w:p/>
    <w:p>
      <w:pPr>
        <w:jc w:val="left"/>
      </w:pPr>
      <w:r>
        <w:rPr>
          <w:b/>
          <w:sz w:val="22"/>
        </w:rPr>
        <w:t>CLÁUSULA 9ª – DAS DISPOSIÇÕES GERAIS</w:t>
      </w:r>
    </w:p>
    <w:p>
      <w:pPr>
        <w:ind w:left="567"/>
      </w:pPr>
      <w:r>
        <w:rPr>
          <w:b w:val="0"/>
          <w:sz w:val="20"/>
        </w:rPr>
        <w:t>- As partes elegem o foro da comarca de ____________________, Estado de ____________, para dirimir quaisquer dúvidas ou litígios decorrentes deste contrato.</w:t>
      </w:r>
    </w:p>
    <w:p>
      <w:pPr>
        <w:ind w:left="567"/>
      </w:pPr>
      <w:r>
        <w:rPr>
          <w:b w:val="0"/>
          <w:sz w:val="20"/>
        </w:rPr>
        <w:t>- Este contrato obriga as partes e seus sucessores, a qualquer título.</w:t>
      </w:r>
    </w:p>
    <w:p>
      <w:pPr>
        <w:ind w:left="567"/>
      </w:pPr>
      <w:r>
        <w:rPr>
          <w:b w:val="0"/>
          <w:sz w:val="20"/>
        </w:rPr>
        <w:t>- As alterações deste contrato só terão validade se feitas por escrito e assinadas por ambas as partes.</w:t>
      </w:r>
    </w:p>
    <w:p/>
    <w:p/>
    <w:p/>
    <w:p>
      <w:pPr>
        <w:jc w:val="center"/>
      </w:pPr>
      <w:r>
        <w:rPr>
          <w:b w:val="0"/>
          <w:sz w:val="20"/>
        </w:rPr>
        <w:t>E por estarem assim justos e contratados, firmam o presente contrato em duas vias de igual teor e forma, para um só efeito, juntamente com duas testemunhas abaixo.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VENDEDOR(a)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COMPRADOR(a)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____________________________________________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RG: _______________________ CPF: 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RG: _______________________ CPF: ______________________</w:t>
            </w:r>
          </w:p>
        </w:tc>
      </w:tr>
    </w:tbl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TESTEMUNHA 1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TESTEMUNHA 2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____________________________________________</w:t>
              <w:br/>
              <w:t>RG: _______________________ CPF: 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____________________________________________</w:t>
              <w:br/>
              <w:t>RG: _______________________ CPF: 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https://documentos-br.com/contrato-venda-de-carro/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contrato-venda-de-carro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