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PARA EVENTOS</w:t>
      </w:r>
    </w:p>
    <w:p/>
    <w:p/>
    <w:p>
      <w:r>
        <w:rPr>
          <w:b/>
          <w:sz w:val="20"/>
        </w:rPr>
        <w:t>Pelo presente instrumento particular de contrato, de um lado,</w:t>
      </w:r>
    </w:p>
    <w:p>
      <w:r>
        <w:rPr>
          <w:b w:val="0"/>
          <w:sz w:val="20"/>
        </w:rPr>
        <w:t>Contratante: _____________________________________________________________,</w:t>
      </w:r>
    </w:p>
    <w:p>
      <w:r>
        <w:rPr>
          <w:b w:val="0"/>
          <w:sz w:val="20"/>
        </w:rPr>
        <w:t>CPF/CNPJ: ________________________________________________________________,</w:t>
      </w:r>
    </w:p>
    <w:p>
      <w:r>
        <w:rPr>
          <w:b w:val="0"/>
          <w:sz w:val="20"/>
        </w:rPr>
        <w:t>Endereço: _______________________________________________________________,</w:t>
      </w:r>
    </w:p>
    <w:p>
      <w:r>
        <w:rPr>
          <w:b w:val="0"/>
          <w:sz w:val="20"/>
        </w:rPr>
        <w:t>Telefone: ________________________________________________________________,</w:t>
      </w:r>
    </w:p>
    <w:p>
      <w:r>
        <w:rPr>
          <w:b w:val="0"/>
          <w:sz w:val="20"/>
        </w:rPr>
        <w:t>E-mail: _________________________________________________________________,</w:t>
      </w:r>
    </w:p>
    <w:p>
      <w:r>
        <w:rPr>
          <w:b/>
          <w:sz w:val="20"/>
        </w:rPr>
        <w:t>doravante denominado simplesmente CONTRATANTE, e, de outro lado,</w:t>
      </w:r>
    </w:p>
    <w:p>
      <w:r>
        <w:rPr>
          <w:b w:val="0"/>
          <w:sz w:val="20"/>
        </w:rPr>
        <w:t>Contratado: ______________________________________________________________,</w:t>
      </w:r>
    </w:p>
    <w:p>
      <w:r>
        <w:rPr>
          <w:b w:val="0"/>
          <w:sz w:val="20"/>
        </w:rPr>
        <w:t>CPF/CNPJ: ________________________________________________________________,</w:t>
      </w:r>
    </w:p>
    <w:p>
      <w:r>
        <w:rPr>
          <w:b w:val="0"/>
          <w:sz w:val="20"/>
        </w:rPr>
        <w:t>Endereço: _______________________________________________________________,</w:t>
      </w:r>
    </w:p>
    <w:p>
      <w:r>
        <w:rPr>
          <w:b w:val="0"/>
          <w:sz w:val="20"/>
        </w:rPr>
        <w:t>Telefone: ________________________________________________________________,</w:t>
      </w:r>
    </w:p>
    <w:p>
      <w:r>
        <w:rPr>
          <w:b w:val="0"/>
          <w:sz w:val="20"/>
        </w:rPr>
        <w:t>E-mail: _________________________________________________________________,</w:t>
      </w:r>
    </w:p>
    <w:p>
      <w:r>
        <w:rPr>
          <w:b/>
          <w:sz w:val="20"/>
        </w:rPr>
        <w:t>doravante denominado simplesmente CONTRATADO, têm entre si justo e contratado o que segue:</w:t>
      </w:r>
    </w:p>
    <w:p/>
    <w:p/>
    <w:p>
      <w:r>
        <w:rPr>
          <w:b/>
          <w:sz w:val="22"/>
        </w:rPr>
        <w:t>CLÁUSULA 1ª – DO OBJETO</w:t>
      </w:r>
    </w:p>
    <w:p>
      <w:pPr>
        <w:ind w:firstLine="360"/>
      </w:pPr>
      <w:r>
        <w:rPr>
          <w:b w:val="0"/>
          <w:sz w:val="20"/>
        </w:rPr>
        <w:t>1.1. O presente contrato tem por objeto a prestação dos serviços de organização e execução do evento descrito a seguir:</w:t>
      </w:r>
    </w:p>
    <w:p>
      <w:pPr>
        <w:ind w:firstLine="360"/>
      </w:pPr>
      <w:r>
        <w:rPr>
          <w:b w:val="0"/>
          <w:sz w:val="20"/>
        </w:rPr>
        <w:t>Evento: 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Data: __/__/____</w:t>
      </w:r>
    </w:p>
    <w:p>
      <w:pPr>
        <w:ind w:firstLine="360"/>
      </w:pPr>
      <w:r>
        <w:rPr>
          <w:b w:val="0"/>
          <w:sz w:val="20"/>
        </w:rPr>
        <w:t>Local: 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Descrição detalhada dos serviços a serem prestados pelo CONTRATADO: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CLÁUSULA 2ª – DAS OBRIGAÇÕES DO CONTRATADO</w:t>
      </w:r>
    </w:p>
    <w:p>
      <w:pPr>
        <w:ind w:firstLine="360"/>
      </w:pPr>
      <w:r>
        <w:rPr>
          <w:b w:val="0"/>
          <w:sz w:val="20"/>
        </w:rPr>
        <w:t>2.1. Prestar os serviços conforme descrito na Cláusula 1ª com zelo, diligência e qualidade;</w:t>
      </w:r>
    </w:p>
    <w:p>
      <w:pPr>
        <w:ind w:firstLine="360"/>
      </w:pPr>
      <w:r>
        <w:rPr>
          <w:b w:val="0"/>
          <w:sz w:val="20"/>
        </w:rPr>
        <w:t>2.2. Disponibilizar equipe treinada e materiais necessários para a execução do evento;</w:t>
      </w:r>
    </w:p>
    <w:p>
      <w:pPr>
        <w:ind w:firstLine="360"/>
      </w:pPr>
      <w:r>
        <w:rPr>
          <w:b w:val="0"/>
          <w:sz w:val="20"/>
        </w:rPr>
        <w:t>2.3. Cumprir todas as normas legais e regulamentos aplicáveis;</w:t>
      </w:r>
    </w:p>
    <w:p>
      <w:pPr>
        <w:ind w:firstLine="360"/>
      </w:pPr>
      <w:r>
        <w:rPr>
          <w:b w:val="0"/>
          <w:sz w:val="20"/>
        </w:rPr>
        <w:t>2.4. Fornecer relatórios e informações solicitadas pelo CONTRATANTE;</w:t>
      </w:r>
    </w:p>
    <w:p>
      <w:pPr>
        <w:ind w:firstLine="360"/>
      </w:pPr>
      <w:r>
        <w:rPr>
          <w:b w:val="0"/>
          <w:sz w:val="20"/>
        </w:rPr>
        <w:t>2.5. Responsabilizar-se por quaisquer danos causados durante a execução dos serviços;</w:t>
      </w:r>
    </w:p>
    <w:p/>
    <w:p>
      <w:r>
        <w:rPr>
          <w:b/>
          <w:sz w:val="22"/>
        </w:rPr>
        <w:t>CLÁUSULA 3ª – DAS OBRIGAÇÕES DO CONTRATANTE</w:t>
      </w:r>
    </w:p>
    <w:p>
      <w:pPr>
        <w:ind w:firstLine="360"/>
      </w:pPr>
      <w:r>
        <w:rPr>
          <w:b w:val="0"/>
          <w:sz w:val="20"/>
        </w:rPr>
        <w:t>3.1. Fornecer todas as informações e condições necessárias para a realização do evento;</w:t>
      </w:r>
    </w:p>
    <w:p>
      <w:pPr>
        <w:ind w:firstLine="360"/>
      </w:pPr>
      <w:r>
        <w:rPr>
          <w:b w:val="0"/>
          <w:sz w:val="20"/>
        </w:rPr>
        <w:t>3.2. Efetuar os pagamentos conforme estipulado neste contrato;</w:t>
      </w:r>
    </w:p>
    <w:p>
      <w:pPr>
        <w:ind w:firstLine="360"/>
      </w:pPr>
      <w:r>
        <w:rPr>
          <w:b w:val="0"/>
          <w:sz w:val="20"/>
        </w:rPr>
        <w:t>3.3. Permitir o acesso do CONTRATADO às dependências onde o evento será realizado;</w:t>
      </w:r>
    </w:p>
    <w:p>
      <w:pPr>
        <w:ind w:firstLine="360"/>
      </w:pPr>
      <w:r>
        <w:rPr>
          <w:b w:val="0"/>
          <w:sz w:val="20"/>
        </w:rPr>
        <w:t>3.4. Responsabilizar-se pela obtenção de eventuais licenças ou autorizações necessárias;</w:t>
      </w:r>
    </w:p>
    <w:p/>
    <w:p>
      <w:r>
        <w:rPr>
          <w:b/>
          <w:sz w:val="22"/>
        </w:rPr>
        <w:t>CLÁUSULA 4ª – DO PRAZO E LOCAL</w:t>
      </w:r>
    </w:p>
    <w:p>
      <w:pPr>
        <w:ind w:firstLine="360"/>
      </w:pPr>
      <w:r>
        <w:rPr>
          <w:b w:val="0"/>
          <w:sz w:val="20"/>
        </w:rPr>
        <w:t>4.1. O presente contrato tem vigência para o evento a ser realizado na data e local especificados na Cláusula 1ª.</w:t>
      </w:r>
    </w:p>
    <w:p>
      <w:pPr>
        <w:ind w:firstLine="360"/>
      </w:pPr>
      <w:r>
        <w:rPr>
          <w:b w:val="0"/>
          <w:sz w:val="20"/>
        </w:rPr>
        <w:t>4.2. Qualquer alteração de data ou local deverá ser comunicada por escrito com antecedência mínima de 10 (dez) dias.</w:t>
      </w:r>
    </w:p>
    <w:p/>
    <w:p>
      <w:r>
        <w:rPr>
          <w:b/>
          <w:sz w:val="22"/>
        </w:rPr>
        <w:t>CLÁUSULA 5ª – DO VALOR E FORMA DE PAGAMENTO</w:t>
      </w:r>
    </w:p>
    <w:p>
      <w:pPr>
        <w:ind w:firstLine="360"/>
      </w:pPr>
      <w:r>
        <w:rPr>
          <w:b w:val="0"/>
          <w:sz w:val="20"/>
        </w:rPr>
        <w:t>5.1. Pelo serviço ora contratado, o CONTRATANTE pagará ao CONTRATADO o valor total de R$ ______________ (____________________________).</w:t>
      </w:r>
    </w:p>
    <w:p>
      <w:pPr>
        <w:ind w:firstLine="360"/>
      </w:pPr>
      <w:r>
        <w:rPr>
          <w:b w:val="0"/>
          <w:sz w:val="20"/>
        </w:rPr>
        <w:t>5.2. O pagamento será efetuado da seguinte forma:</w:t>
      </w:r>
    </w:p>
    <w:p>
      <w:pPr>
        <w:ind w:firstLine="360"/>
      </w:pPr>
      <w:r>
        <w:rPr>
          <w:b w:val="0"/>
          <w:sz w:val="20"/>
        </w:rPr>
        <w:t>- Sinal de R$ ______________, pago na assinatura deste contrato;</w:t>
      </w:r>
    </w:p>
    <w:p>
      <w:pPr>
        <w:ind w:firstLine="360"/>
      </w:pPr>
      <w:r>
        <w:rPr>
          <w:b w:val="0"/>
          <w:sz w:val="20"/>
        </w:rPr>
        <w:t>- Saldo restante de R$ ______________, pago até __/__/____;</w:t>
      </w:r>
    </w:p>
    <w:p>
      <w:pPr>
        <w:ind w:firstLine="360"/>
      </w:pPr>
      <w:r>
        <w:rPr>
          <w:b w:val="0"/>
          <w:sz w:val="20"/>
        </w:rPr>
        <w:t>5.3. O atraso no pagamento implicará na incidência de multa de 2% (dois por cento) sobre o valor devido, além de juros de mora de 1% (um por cento) ao mês.</w:t>
      </w:r>
    </w:p>
    <w:p/>
    <w:p>
      <w:r>
        <w:rPr>
          <w:b/>
          <w:sz w:val="22"/>
        </w:rPr>
        <w:t>CLÁUSULA 6ª – DA RESCISÃO</w:t>
      </w:r>
    </w:p>
    <w:p>
      <w:pPr>
        <w:ind w:firstLine="360"/>
      </w:pPr>
      <w:r>
        <w:rPr>
          <w:b w:val="0"/>
          <w:sz w:val="20"/>
        </w:rPr>
        <w:t>6.1. O presente contrato poderá ser rescindido por qualquer das partes, mediante aviso prévio por escrito com antecedência mínima de 30 (trinta) dias.</w:t>
      </w:r>
    </w:p>
    <w:p>
      <w:pPr>
        <w:ind w:firstLine="360"/>
      </w:pPr>
      <w:r>
        <w:rPr>
          <w:b w:val="0"/>
          <w:sz w:val="20"/>
        </w:rPr>
        <w:t>6.2. Em caso de rescisão imotivada pelo CONTRATANTE após o pagamento do sinal, este ficará retido pelo CONTRATADO a título de indenização.</w:t>
      </w:r>
    </w:p>
    <w:p>
      <w:pPr>
        <w:ind w:firstLine="360"/>
      </w:pPr>
      <w:r>
        <w:rPr>
          <w:b w:val="0"/>
          <w:sz w:val="20"/>
        </w:rPr>
        <w:t>6.3. Caso a rescisão ocorra por inadimplemento do CONTRATADO, este deverá devolver integralmente os valores recebidos.</w:t>
      </w:r>
    </w:p>
    <w:p>
      <w:pPr>
        <w:ind w:firstLine="360"/>
      </w:pPr>
      <w:r>
        <w:rPr>
          <w:b w:val="0"/>
          <w:sz w:val="20"/>
        </w:rPr>
        <w:t>6.4. A rescisão não prejudicará o direito das partes de pleitear indenizações por perdas e danos.</w:t>
      </w:r>
    </w:p>
    <w:p/>
    <w:p>
      <w:r>
        <w:rPr>
          <w:b/>
          <w:sz w:val="22"/>
        </w:rPr>
        <w:t>CLÁUSULA 7ª – DAS RESPONSABILIDADES E SEGURO</w:t>
      </w:r>
    </w:p>
    <w:p>
      <w:pPr>
        <w:ind w:firstLine="360"/>
      </w:pPr>
      <w:r>
        <w:rPr>
          <w:b w:val="0"/>
          <w:sz w:val="20"/>
        </w:rPr>
        <w:t>7.1. O CONTRATADO responderá por quaisquer danos causados a terceiros durante a execução dos serviços.</w:t>
      </w:r>
    </w:p>
    <w:p>
      <w:pPr>
        <w:ind w:firstLine="360"/>
      </w:pPr>
      <w:r>
        <w:rPr>
          <w:b w:val="0"/>
          <w:sz w:val="20"/>
        </w:rPr>
        <w:t>7.2. O CONTRATADO deverá possuir seguro vigente que cubra eventuais danos relacionados ao evento.</w:t>
      </w:r>
    </w:p>
    <w:p>
      <w:pPr>
        <w:ind w:firstLine="360"/>
      </w:pPr>
      <w:r>
        <w:rPr>
          <w:b w:val="0"/>
          <w:sz w:val="20"/>
        </w:rPr>
        <w:t>7.3. O CONTRATANTE não será responsável por acidentes ou danos causados por falha ou negligência do CONTRATADO.</w:t>
      </w:r>
    </w:p>
    <w:p/>
    <w:p>
      <w:r>
        <w:rPr>
          <w:b/>
          <w:sz w:val="22"/>
        </w:rPr>
        <w:t>CLÁUSULA 8ª – DO CASO FORTUITO E FORÇA MAIOR</w:t>
      </w:r>
    </w:p>
    <w:p>
      <w:pPr>
        <w:ind w:firstLine="360"/>
      </w:pPr>
      <w:r>
        <w:rPr>
          <w:b w:val="0"/>
          <w:sz w:val="20"/>
        </w:rPr>
        <w:t>8.1. Nenhuma das partes será responsabilizada por atrasos ou descumprimentos decorrentes de caso fortuito ou força maior, como eventos naturais, greves, atos governamentais, entre outros.</w:t>
      </w:r>
    </w:p>
    <w:p>
      <w:pPr>
        <w:ind w:firstLine="360"/>
      </w:pPr>
      <w:r>
        <w:rPr>
          <w:b w:val="0"/>
          <w:sz w:val="20"/>
        </w:rPr>
        <w:t>8.2. As partes deverão comunicar imediatamente tais ocorrências e envidar esforços para minimizar seus efeitos.</w:t>
      </w:r>
    </w:p>
    <w:p/>
    <w:p>
      <w:r>
        <w:rPr>
          <w:b/>
          <w:sz w:val="22"/>
        </w:rPr>
        <w:t>CLÁUSULA 9ª – DA CONFIDENCIALIDADE</w:t>
      </w:r>
    </w:p>
    <w:p>
      <w:pPr>
        <w:ind w:firstLine="360"/>
      </w:pPr>
      <w:r>
        <w:rPr>
          <w:b w:val="0"/>
          <w:sz w:val="20"/>
        </w:rPr>
        <w:t>9.1. As partes comprometem-se a manter sigilo sobre informações confidenciais obtidas em razão deste contrato.</w:t>
      </w:r>
    </w:p>
    <w:p>
      <w:pPr>
        <w:ind w:firstLine="360"/>
      </w:pPr>
      <w:r>
        <w:rPr>
          <w:b w:val="0"/>
          <w:sz w:val="20"/>
        </w:rPr>
        <w:t>9.2. A obrigação de confidencialidade permanece mesmo após o término do contrato.</w:t>
      </w:r>
    </w:p>
    <w:p/>
    <w:p>
      <w:r>
        <w:rPr>
          <w:b/>
          <w:sz w:val="22"/>
        </w:rPr>
        <w:t>CLÁUSULA 10ª – DAS DISPOSIÇÕES GERAIS</w:t>
      </w:r>
    </w:p>
    <w:p>
      <w:pPr>
        <w:ind w:firstLine="360"/>
      </w:pPr>
      <w:r>
        <w:rPr>
          <w:b w:val="0"/>
          <w:sz w:val="20"/>
        </w:rPr>
        <w:t>10.1. Este contrato representa a totalidade do acordo entre as partes, substituindo quaisquer entendimentos anteriores.</w:t>
      </w:r>
    </w:p>
    <w:p>
      <w:pPr>
        <w:ind w:firstLine="360"/>
      </w:pPr>
      <w:r>
        <w:rPr>
          <w:b w:val="0"/>
          <w:sz w:val="20"/>
        </w:rPr>
        <w:t>10.2. Qualquer alteração deverá ser feita por escrito e assinada por ambas as partes.</w:t>
      </w:r>
    </w:p>
    <w:p>
      <w:pPr>
        <w:ind w:firstLine="360"/>
      </w:pPr>
      <w:r>
        <w:rPr>
          <w:b w:val="0"/>
          <w:sz w:val="20"/>
        </w:rPr>
        <w:t>10.3. O não exercício por qualquer das partes de direitos previstos neste contrato não implica renúncia futura.</w:t>
      </w:r>
    </w:p>
    <w:p/>
    <w:p>
      <w:r>
        <w:rPr>
          <w:b/>
          <w:sz w:val="22"/>
        </w:rPr>
        <w:t>CLÁUSULA 11ª – DO FORO</w:t>
      </w:r>
    </w:p>
    <w:p>
      <w:pPr>
        <w:ind w:firstLine="360"/>
      </w:pPr>
      <w:r>
        <w:rPr>
          <w:b w:val="0"/>
          <w:sz w:val="20"/>
        </w:rPr>
        <w:t>11.1. Fica eleito o foro da comarca de ______________________________, com renúncia a qualquer outro, por mais privilegiado que seja, para dirimir quaisquer dúvidas ou controvérsias oriundas deste contrato.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</w:t>
              <w:br/>
              <w:t>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_____________________________________</w:t>
              <w:br/>
              <w:t>CONTRATADO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i/>
              </w:rPr>
              <w:t>CPF/CNPJ: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i/>
              </w:rPr>
              <w:t>CPF/CNPJ: __________________________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E por estarem assim justos e contratados, firmam o presente instrumento em 2 (duas) vias de igual teor e forma, para todos os fins de direito.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https://documentos-br.com/contrato-para-eventos/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ontrato-para-eventos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