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PERMUTA DE SERVIÇOS</w:t>
      </w:r>
    </w:p>
    <w:p/>
    <w:p/>
    <w:p>
      <w:r>
        <w:rPr>
          <w:b w:val="0"/>
          <w:sz w:val="20"/>
        </w:rPr>
        <w:t>Pelo presente instrumento particular, as partes abaixo qualificadas têm entre si justo e contratado a permuta de serviços, que se regerá pelas cláusulas e condições seguintes:</w:t>
      </w:r>
    </w:p>
    <w:p/>
    <w:p>
      <w:r>
        <w:rPr>
          <w:b/>
          <w:sz w:val="22"/>
        </w:rPr>
        <w:t>CLÁUSULA 1ª - DAS PARTES</w:t>
      </w:r>
    </w:p>
    <w:p>
      <w:r>
        <w:rPr>
          <w:b w:val="0"/>
          <w:sz w:val="20"/>
        </w:rPr>
        <w:t>1.1. Permutante 1: ____________________________________________________________, brasileiro(a), portador(a) do CPF nº ____________________, residente e domiciliado(a) à ____________________________________________________________.</w:t>
      </w:r>
    </w:p>
    <w:p>
      <w:r>
        <w:rPr>
          <w:b w:val="0"/>
          <w:sz w:val="20"/>
        </w:rPr>
        <w:t>1.2. Permutante 2: ____________________________________________________________, brasileiro(a), portador(a) do CPF nº ____________________, residente e domiciliado(a) à ____________________________________________________________.</w:t>
      </w:r>
    </w:p>
    <w:p/>
    <w:p>
      <w:r>
        <w:rPr>
          <w:b/>
          <w:sz w:val="22"/>
        </w:rPr>
        <w:t>CLÁUSULA 2ª - DO OBJETO</w:t>
      </w:r>
    </w:p>
    <w:p>
      <w:r>
        <w:rPr>
          <w:b/>
          <w:sz w:val="20"/>
        </w:rPr>
        <w:t>2.1. O presente contrato tem por objeto a permuta dos seguintes serviços:</w:t>
      </w:r>
    </w:p>
    <w:p>
      <w:r>
        <w:rPr>
          <w:b w:val="0"/>
          <w:sz w:val="20"/>
        </w:rPr>
        <w:t>a) Serviços a serem prestados pela Permutante 1: ____________________________________________________________.</w:t>
      </w:r>
    </w:p>
    <w:p>
      <w:r>
        <w:rPr>
          <w:b w:val="0"/>
          <w:sz w:val="20"/>
        </w:rPr>
        <w:t>b) Serviços a serem prestados pela Permutante 2: ____________________________________________________________.</w:t>
      </w:r>
    </w:p>
    <w:p/>
    <w:p>
      <w:r>
        <w:rPr>
          <w:b/>
          <w:sz w:val="22"/>
        </w:rPr>
        <w:t>CLÁUSULA 3ª - DAS OBRIGAÇÕES DAS PARTES</w:t>
      </w:r>
    </w:p>
    <w:p>
      <w:r>
        <w:rPr>
          <w:b/>
          <w:sz w:val="20"/>
        </w:rPr>
        <w:t>3.1. Obrigações da Permutante 1:</w:t>
      </w:r>
    </w:p>
    <w:p>
      <w:r>
        <w:rPr>
          <w:b w:val="0"/>
          <w:sz w:val="20"/>
        </w:rPr>
        <w:t>- Prestar os serviços descritos na cláusula 2.1, com qualidade, diligência e no prazo acordado.</w:t>
      </w:r>
    </w:p>
    <w:p>
      <w:r>
        <w:rPr>
          <w:b w:val="0"/>
          <w:sz w:val="20"/>
        </w:rPr>
        <w:t>- Fornecer todos os meios necessários para a execução dos serviços.</w:t>
      </w:r>
    </w:p>
    <w:p/>
    <w:p>
      <w:r>
        <w:rPr>
          <w:b/>
          <w:sz w:val="20"/>
        </w:rPr>
        <w:t>3.2. Obrigações da Permutante 2:</w:t>
      </w:r>
    </w:p>
    <w:p>
      <w:r>
        <w:rPr>
          <w:b w:val="0"/>
          <w:sz w:val="20"/>
        </w:rPr>
        <w:t>- Prestar os serviços descritos na cláusula 2.1, com qualidade, diligência e no prazo acordado.</w:t>
      </w:r>
    </w:p>
    <w:p>
      <w:r>
        <w:rPr>
          <w:b w:val="0"/>
          <w:sz w:val="20"/>
        </w:rPr>
        <w:t>- Fornecer todos os meios necessários para a execução dos serviços.</w:t>
      </w:r>
    </w:p>
    <w:p/>
    <w:p>
      <w:r>
        <w:rPr>
          <w:b/>
          <w:sz w:val="22"/>
        </w:rPr>
        <w:t>CLÁUSULA 4ª - DO PRAZO</w:t>
      </w:r>
    </w:p>
    <w:p>
      <w:r>
        <w:rPr>
          <w:b w:val="0"/>
          <w:sz w:val="20"/>
        </w:rPr>
        <w:t>4.1. O presente contrato terá início na data de sua assinatura e vigorará pelo prazo de ________________, podendo ser prorrogado mediante acordo entre as partes.</w:t>
      </w:r>
    </w:p>
    <w:p/>
    <w:p>
      <w:r>
        <w:rPr>
          <w:b/>
          <w:sz w:val="22"/>
        </w:rPr>
        <w:t>CLÁUSULA 5ª - DA REMUNERAÇÃO E EQUIVALÊNCIA DOS SERVIÇOS</w:t>
      </w:r>
    </w:p>
    <w:p>
      <w:r>
        <w:rPr>
          <w:b w:val="0"/>
          <w:sz w:val="20"/>
        </w:rPr>
        <w:t>5.1. As partes declaram que os serviços a serem permutados possuem equivalência econômica, não havendo pagamento em dinheiro entre elas.</w:t>
      </w:r>
    </w:p>
    <w:p>
      <w:r>
        <w:rPr>
          <w:b w:val="0"/>
          <w:sz w:val="20"/>
        </w:rPr>
        <w:t>5.2. Caso haja diferença de valores entre os serviços, as partes poderão ajustar compensação financeira para equilibrar a permuta.</w:t>
      </w:r>
    </w:p>
    <w:p/>
    <w:p>
      <w:r>
        <w:rPr>
          <w:b/>
          <w:sz w:val="22"/>
        </w:rPr>
        <w:t>CLÁUSULA 6ª - DA FORMA E LOCAL DE EXECUÇÃO DOS SERVIÇOS</w:t>
      </w:r>
    </w:p>
    <w:p>
      <w:r>
        <w:rPr>
          <w:b w:val="0"/>
          <w:sz w:val="20"/>
        </w:rPr>
        <w:t>6.1. Os serviços serão prestados conforme condições técnicas e prazos ajustados entre as partes.</w:t>
      </w:r>
    </w:p>
    <w:p>
      <w:r>
        <w:rPr>
          <w:b w:val="0"/>
          <w:sz w:val="20"/>
        </w:rPr>
        <w:t>6.2. O local da prestação dos serviços será:</w:t>
      </w:r>
    </w:p>
    <w:p>
      <w:r>
        <w:rPr>
          <w:b w:val="0"/>
          <w:sz w:val="20"/>
        </w:rPr>
        <w:t>- Para a Permutante 1: ____________________________________________________________.</w:t>
      </w:r>
    </w:p>
    <w:p>
      <w:r>
        <w:rPr>
          <w:b w:val="0"/>
          <w:sz w:val="20"/>
        </w:rPr>
        <w:t>- Para a Permutante 2: ____________________________________________________________.</w:t>
      </w:r>
    </w:p>
    <w:p/>
    <w:p>
      <w:r>
        <w:rPr>
          <w:b/>
          <w:sz w:val="22"/>
        </w:rPr>
        <w:t>CLÁUSULA 7ª - DA RESPONSABILIDADE</w:t>
      </w:r>
    </w:p>
    <w:p>
      <w:r>
        <w:rPr>
          <w:b w:val="0"/>
          <w:sz w:val="20"/>
        </w:rPr>
        <w:t>7.1. Cada parte será responsável pelos encargos trabalhistas, fiscais, previdenciários e demais obrigações decorrentes da prestação dos seus respectivos serviços.</w:t>
      </w:r>
    </w:p>
    <w:p>
      <w:r>
        <w:rPr>
          <w:b w:val="0"/>
          <w:sz w:val="20"/>
        </w:rPr>
        <w:t>7.2. As partes isentam-se mutuamente de qualquer responsabilidade por danos decorrentes dos serviços prestados pela outra parte, salvo em casos de dolo ou culpa grave.</w:t>
      </w:r>
    </w:p>
    <w:p/>
    <w:p>
      <w:r>
        <w:rPr>
          <w:b/>
          <w:sz w:val="22"/>
        </w:rPr>
        <w:t>CLÁUSULA 8ª - DA RESCISÃO</w:t>
      </w:r>
    </w:p>
    <w:p>
      <w:r>
        <w:rPr>
          <w:b w:val="0"/>
          <w:sz w:val="20"/>
        </w:rPr>
        <w:t>8.1. O presente contrato poderá ser rescindido por qualquer das partes, mediante notificação por escrito com antecedência mínima de ________________ dias.</w:t>
      </w:r>
    </w:p>
    <w:p>
      <w:r>
        <w:rPr>
          <w:b w:val="0"/>
          <w:sz w:val="20"/>
        </w:rPr>
        <w:t>8.2. A rescisão não prejudicará o direito das partes de exigir o cumprimento das obrigações pendentes.</w:t>
      </w:r>
    </w:p>
    <w:p/>
    <w:p>
      <w:r>
        <w:rPr>
          <w:b/>
          <w:sz w:val="22"/>
        </w:rPr>
        <w:t>CLÁUSULA 9ª - DA CONFIDENCIALIDADE</w:t>
      </w:r>
    </w:p>
    <w:p>
      <w:r>
        <w:rPr>
          <w:b w:val="0"/>
          <w:sz w:val="20"/>
        </w:rPr>
        <w:t>9.1. As partes obrigam-se a manter sigilo sobre todas as informações e documentos trocados ou produzidos em decorrência deste contrato, não podendo divulgá-los sem autorização prévia e por escrito da outra parte.</w:t>
      </w:r>
    </w:p>
    <w:p/>
    <w:p>
      <w:r>
        <w:rPr>
          <w:b/>
          <w:sz w:val="22"/>
        </w:rPr>
        <w:t>CLÁUSULA 10ª - DA CESSÃO E TRANSFERÊNCIA</w:t>
      </w:r>
    </w:p>
    <w:p>
      <w:r>
        <w:rPr>
          <w:b w:val="0"/>
          <w:sz w:val="20"/>
        </w:rPr>
        <w:t>10.1. É vedado às partes ceder ou transferir, total ou parcialmente, os direitos e obrigações decorrentes deste contrato sem prévia autorização por escrito da outra parte.</w:t>
      </w:r>
    </w:p>
    <w:p/>
    <w:p>
      <w:r>
        <w:rPr>
          <w:b/>
          <w:sz w:val="22"/>
        </w:rPr>
        <w:t>CLÁUSULA 11ª - DAS DISPOSIÇÕES GERAIS</w:t>
      </w:r>
    </w:p>
    <w:p>
      <w:r>
        <w:rPr>
          <w:b w:val="0"/>
          <w:sz w:val="20"/>
        </w:rPr>
        <w:t>11.1. Este contrato representa a totalidade do acordo entre as partes, substituindo quaisquer entendimentos anteriores, verbais ou escritos.</w:t>
      </w:r>
    </w:p>
    <w:p>
      <w:r>
        <w:rPr>
          <w:b w:val="0"/>
          <w:sz w:val="20"/>
        </w:rPr>
        <w:t>11.2. Qualquer alteração deverá ser feita por escrito e assinada por ambas as partes.</w:t>
      </w:r>
    </w:p>
    <w:p/>
    <w:p>
      <w:r>
        <w:rPr>
          <w:b/>
          <w:sz w:val="22"/>
        </w:rPr>
        <w:t>CLÁUSULA 12ª - DO FORO</w:t>
      </w:r>
    </w:p>
    <w:p>
      <w:r>
        <w:rPr>
          <w:b w:val="0"/>
          <w:sz w:val="20"/>
        </w:rPr>
        <w:t>12.1. Para dirimir quaisquer controvérsias oriundas deste contrato, as partes elegem o foro da comarca de ________________________________, com renúncia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E, por estarem assim justas e contratadas, firmam o presente instrumento em 2 (duas) vias de igual teor e forma.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Permutante 1</w:t>
              <w:br/>
              <w:t>Nome: ____________________________</w:t>
              <w:br/>
              <w:t>CPF: 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Permutante 2</w:t>
              <w:br/>
              <w:t>Nome: ____________________________</w:t>
              <w:br/>
              <w:t>CPF: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https://documentos-br.com/contrato-de-permuta-de-servicos/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ontrato-de-permuta-de-servicos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