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PRESTAÇÃO DE SERVIÇOS DE AULA PARTICULAR</w:t>
      </w:r>
    </w:p>
    <w:p/>
    <w:p/>
    <w:p>
      <w:r>
        <w:rPr>
          <w:b/>
          <w:i w:val="0"/>
          <w:sz w:val="22"/>
        </w:rPr>
        <w:t>CONTRATANTE:</w:t>
      </w:r>
    </w:p>
    <w:p>
      <w:r>
        <w:rPr>
          <w:b w:val="0"/>
          <w:i w:val="0"/>
          <w:sz w:val="22"/>
        </w:rPr>
        <w:t>Nome: 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</w:t>
      </w:r>
    </w:p>
    <w:p/>
    <w:p>
      <w:r>
        <w:rPr>
          <w:b/>
          <w:i w:val="0"/>
          <w:sz w:val="22"/>
        </w:rPr>
        <w:t>CONTRATADO:</w:t>
      </w:r>
    </w:p>
    <w:p>
      <w:r>
        <w:rPr>
          <w:b w:val="0"/>
          <w:i w:val="0"/>
          <w:sz w:val="22"/>
        </w:rPr>
        <w:t>Nome: 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r>
        <w:rPr>
          <w:b w:val="0"/>
          <w:i w:val="0"/>
          <w:sz w:val="22"/>
        </w:rPr>
        <w:t>O presente contrato tem como objeto a prestação de serviços de aulas particulares, pelo CONTRATADO ao CONTRATANTE, visando o acompanhamento, reforço e/ou aprofundamento nos conteúdos escolares, acadêmicos ou técnicos indicados pelo CONTRATANTE.</w:t>
      </w:r>
    </w:p>
    <w:p/>
    <w:p>
      <w:pPr>
        <w:jc w:val="left"/>
      </w:pPr>
      <w:r>
        <w:rPr>
          <w:b/>
          <w:sz w:val="22"/>
        </w:rPr>
        <w:t>CLÁUSULA 2ª – DA DURAÇÃO</w:t>
      </w:r>
    </w:p>
    <w:p>
      <w:r>
        <w:rPr>
          <w:b w:val="0"/>
          <w:i w:val="0"/>
          <w:sz w:val="22"/>
        </w:rPr>
        <w:t>O presente contrato terá início na data de assinatura e vigorará por prazo indeterminado, podendo ser rescindido por qualquer das partes mediante aviso prévio de 30 (trinta) dias.</w:t>
      </w:r>
    </w:p>
    <w:p/>
    <w:p>
      <w:pPr>
        <w:jc w:val="left"/>
      </w:pPr>
      <w:r>
        <w:rPr>
          <w:b/>
          <w:sz w:val="22"/>
        </w:rPr>
        <w:t>CLÁUSULA 3ª – DA PRESTAÇÃO DOS SERVIÇOS</w:t>
      </w:r>
    </w:p>
    <w:p>
      <w:r>
        <w:rPr>
          <w:b w:val="0"/>
          <w:i w:val="0"/>
          <w:sz w:val="22"/>
        </w:rPr>
        <w:t>As aulas serão ministradas na frequência, dias da semana, horários e local acordados entre as partes, constando a seguir para fins de registro:</w:t>
      </w:r>
    </w:p>
    <w:p>
      <w:r>
        <w:rPr>
          <w:b w:val="0"/>
          <w:i w:val="0"/>
          <w:sz w:val="22"/>
        </w:rPr>
        <w:t>Dia(s) da semana: ____________________________________________</w:t>
      </w:r>
    </w:p>
    <w:p>
      <w:r>
        <w:rPr>
          <w:b w:val="0"/>
          <w:i w:val="0"/>
          <w:sz w:val="22"/>
        </w:rPr>
        <w:t>Horário: _______________________________________________________</w:t>
      </w:r>
    </w:p>
    <w:p>
      <w:r>
        <w:rPr>
          <w:b w:val="0"/>
          <w:i w:val="0"/>
          <w:sz w:val="22"/>
        </w:rPr>
        <w:t>Local: 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4ª – DO VALOR E FORMA DE PAGAMENTO</w:t>
      </w:r>
    </w:p>
    <w:p>
      <w:r>
        <w:rPr>
          <w:b w:val="0"/>
          <w:i w:val="0"/>
          <w:sz w:val="22"/>
        </w:rPr>
        <w:t>Pelos serviços prestados, o CONTRATANTE pagará ao CONTRATADO o valor de R$ _______________ (_________________________), por aula/sessão, ou o valor mensal de R$ _______________ (_________________________), a ser pago até o dia ___ de cada mês, por meio de ______________________________.</w:t>
      </w:r>
    </w:p>
    <w:p/>
    <w:p>
      <w:pPr>
        <w:jc w:val="left"/>
      </w:pPr>
      <w:r>
        <w:rPr>
          <w:b/>
          <w:sz w:val="22"/>
        </w:rPr>
        <w:t>CLÁUSULA 5ª – DAS OBRIGAÇÕES DO CONTRATADO</w:t>
      </w:r>
    </w:p>
    <w:p>
      <w:r>
        <w:rPr>
          <w:b w:val="0"/>
          <w:i w:val="0"/>
          <w:sz w:val="22"/>
        </w:rPr>
        <w:t>São obrigações do CONTRATADO:</w:t>
      </w:r>
    </w:p>
    <w:p>
      <w:r>
        <w:rPr>
          <w:b w:val="0"/>
          <w:i w:val="0"/>
          <w:sz w:val="22"/>
        </w:rPr>
        <w:t>a) Ministrar as aulas com pontualidade, dedicação e responsabilidade;</w:t>
      </w:r>
    </w:p>
    <w:p>
      <w:r>
        <w:rPr>
          <w:b w:val="0"/>
          <w:i w:val="0"/>
          <w:sz w:val="22"/>
        </w:rPr>
        <w:t>b) Preparar o conteúdo adequado às necessidades do CONTRATANTE;</w:t>
      </w:r>
    </w:p>
    <w:p>
      <w:r>
        <w:rPr>
          <w:b w:val="0"/>
          <w:i w:val="0"/>
          <w:sz w:val="22"/>
        </w:rPr>
        <w:t>c) Comunicar previamente eventual impossibilidade de ministrar aula;</w:t>
      </w:r>
    </w:p>
    <w:p>
      <w:r>
        <w:rPr>
          <w:b w:val="0"/>
          <w:i w:val="0"/>
          <w:sz w:val="22"/>
        </w:rPr>
        <w:t>d) Manter sigilo sobre as informações pessoais e acadêmicas do CONTRATANTE;</w:t>
      </w:r>
    </w:p>
    <w:p/>
    <w:p>
      <w:pPr>
        <w:jc w:val="left"/>
      </w:pPr>
      <w:r>
        <w:rPr>
          <w:b/>
          <w:sz w:val="22"/>
        </w:rPr>
        <w:t>CLÁUSULA 6ª – DAS OBRIGAÇÕES DO CONTRATANTE</w:t>
      </w:r>
    </w:p>
    <w:p>
      <w:r>
        <w:rPr>
          <w:b w:val="0"/>
          <w:i w:val="0"/>
          <w:sz w:val="22"/>
        </w:rPr>
        <w:t>São obrigações do CONTRATANTE:</w:t>
      </w:r>
    </w:p>
    <w:p>
      <w:r>
        <w:rPr>
          <w:b w:val="0"/>
          <w:i w:val="0"/>
          <w:sz w:val="22"/>
        </w:rPr>
        <w:t>a) Efetuar o pagamento nas condições acordadas;</w:t>
      </w:r>
    </w:p>
    <w:p>
      <w:r>
        <w:rPr>
          <w:b w:val="0"/>
          <w:i w:val="0"/>
          <w:sz w:val="22"/>
        </w:rPr>
        <w:t>b) Comparecer às aulas ou comunicar com antecedência eventual ausência;</w:t>
      </w:r>
    </w:p>
    <w:p>
      <w:r>
        <w:rPr>
          <w:b w:val="0"/>
          <w:i w:val="0"/>
          <w:sz w:val="22"/>
        </w:rPr>
        <w:t>c) Disponibilizar local adequado para a realização das aulas, quando aplicável;</w:t>
      </w:r>
    </w:p>
    <w:p>
      <w:r>
        <w:rPr>
          <w:b w:val="0"/>
          <w:i w:val="0"/>
          <w:sz w:val="22"/>
        </w:rPr>
        <w:t>d) Fornecer informações verdadeiras e completas para o bom andamento das aulas;</w:t>
      </w:r>
    </w:p>
    <w:p/>
    <w:p>
      <w:pPr>
        <w:jc w:val="left"/>
      </w:pPr>
      <w:r>
        <w:rPr>
          <w:b/>
          <w:sz w:val="22"/>
        </w:rPr>
        <w:t>CLÁUSULA 7ª – DA RESCISÃO</w:t>
      </w:r>
    </w:p>
    <w:p>
      <w:r>
        <w:rPr>
          <w:b w:val="0"/>
          <w:i w:val="0"/>
          <w:sz w:val="22"/>
        </w:rPr>
        <w:t>O contrato poderá ser rescindido por qualquer das partes, a qualquer tempo, mediante comunicação prévia e por escrito, com antecedência mínima de 30 (trinta) dias, sem qualquer ônus para ambas as partes.</w:t>
      </w:r>
    </w:p>
    <w:p/>
    <w:p>
      <w:pPr>
        <w:jc w:val="left"/>
      </w:pPr>
      <w:r>
        <w:rPr>
          <w:b/>
          <w:sz w:val="22"/>
        </w:rPr>
        <w:t>CLÁUSULA 8ª – DA RESPONSABILIDADE</w:t>
      </w:r>
    </w:p>
    <w:p>
      <w:r>
        <w:rPr>
          <w:b w:val="0"/>
          <w:i w:val="0"/>
          <w:sz w:val="22"/>
        </w:rPr>
        <w:t>O CONTRATADO não se responsabiliza por resultados acadêmicos ou desempenho do CONTRATANTE, sendo seu papel exclusivamente o de ministrar as aulas conforme acordado.</w:t>
      </w:r>
    </w:p>
    <w:p/>
    <w:p>
      <w:pPr>
        <w:jc w:val="left"/>
      </w:pPr>
      <w:r>
        <w:rPr>
          <w:b/>
          <w:sz w:val="22"/>
        </w:rPr>
        <w:t>CLÁUSULA 9ª – DA CONFIDENCIALIDADE</w:t>
      </w:r>
    </w:p>
    <w:p>
      <w:r>
        <w:rPr>
          <w:b w:val="0"/>
          <w:i w:val="0"/>
          <w:sz w:val="22"/>
        </w:rPr>
        <w:t>As partes comprometem-se a manter sigilo absoluto sobre informações pessoais, acadêmicas e comerciais obtidas em razão deste contrato.</w:t>
      </w:r>
    </w:p>
    <w:p/>
    <w:p>
      <w:pPr>
        <w:jc w:val="left"/>
      </w:pPr>
      <w:r>
        <w:rPr>
          <w:b/>
          <w:sz w:val="22"/>
        </w:rPr>
        <w:t>CLÁUSULA 10ª – DO FORO</w:t>
      </w:r>
    </w:p>
    <w:p>
      <w:r>
        <w:rPr>
          <w:b w:val="0"/>
          <w:i w:val="0"/>
          <w:sz w:val="22"/>
        </w:rPr>
        <w:t>Fica eleito o foro da comarca de __________________________, Estado de ____________________, para dirimir quaisquer dúvidas ou litígios oriundos deste contrato, com renúncia a qualquer outro, por mais privilegiado que seja.</w:t>
      </w:r>
    </w:p>
    <w:p/>
    <w:p/>
    <w:p>
      <w:pPr>
        <w:jc w:val="center"/>
      </w:pPr>
      <w:r>
        <w:rPr>
          <w:b w:val="0"/>
          <w:i w:val="0"/>
          <w:sz w:val="22"/>
        </w:rPr>
        <w:t>E, por estarem assim justos e contratados, assinam o presente instrumento em 2 (duas) vias de igual teor e forma.</w:t>
      </w:r>
    </w:p>
    <w:p/>
    <w:p/>
    <w:p/>
    <w:p>
      <w:pPr>
        <w:jc w:val="center"/>
      </w:pPr>
      <w:r>
        <w:rPr>
          <w:sz w:val="22"/>
        </w:rPr>
        <w:t>__________________________________________                    __________________________________________</w:t>
        <w:br/>
      </w:r>
      <w:r>
        <w:rPr>
          <w:sz w:val="22"/>
        </w:rPr>
        <w:t>CONTRATANTE                                                        CONTRATADO</w:t>
        <w:br/>
      </w:r>
    </w:p>
    <w:p/>
    <w:p/>
    <w:p>
      <w:pPr>
        <w:jc w:val="center"/>
      </w:pPr>
      <w:r>
        <w:rPr>
          <w:b w:val="0"/>
          <w:i w:val="0"/>
          <w:sz w:val="22"/>
        </w:rPr>
        <w:t>CPF: ____________________________                       CPF: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https://documentos-br.com/contrato-de-aula-particular/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ontrato-de-aula-particular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