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CERTIDÃO DE INTEIRO TEOR</w:t>
      </w:r>
    </w:p>
    <w:p/>
    <w:p/>
    <w:p>
      <w:pPr>
        <w:jc w:val="both"/>
      </w:pPr>
      <w:r>
        <w:rPr>
          <w:b/>
          <w:i w:val="0"/>
          <w:sz w:val="20"/>
        </w:rPr>
        <w:t>Cartório de Registro Civil das Pessoas Naturais da Comarca de ____________________.</w:t>
      </w:r>
    </w:p>
    <w:p/>
    <w:p>
      <w:pPr>
        <w:jc w:val="both"/>
      </w:pPr>
      <w:r>
        <w:rPr>
          <w:b w:val="0"/>
          <w:i/>
          <w:sz w:val="20"/>
        </w:rPr>
        <w:t>Certifico, para os devidos fins, que, conforme consta de nossos livros e arquivos, foi requerido e me apresentado o documento abaixo descrito, que segue transcrito na íntegra, conforme original constante no Livro nº ___, às fls. ___, registro nº ____, deste Cartório, em atendimento ao requerimento de ________________, portador(a) do documento de identidade nº __________ e CPF nº ____________, residente e domiciliado(a) na ________________, para os fins legais que se fizerem necessários.</w:t>
      </w:r>
    </w:p>
    <w:p/>
    <w:p/>
    <w:p>
      <w:pPr>
        <w:jc w:val="left"/>
      </w:pPr>
      <w:r>
        <w:rPr>
          <w:b/>
          <w:sz w:val="22"/>
        </w:rPr>
        <w:t>Dados do Documento:</w:t>
      </w:r>
    </w:p>
    <w:p>
      <w:pPr>
        <w:jc w:val="both"/>
      </w:pPr>
      <w:r>
        <w:rPr>
          <w:b w:val="0"/>
          <w:i w:val="0"/>
          <w:sz w:val="20"/>
        </w:rPr>
        <w:t>Tipo do ato: 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Data do ato: 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Número do registro: 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Livro: 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Folhas: 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Nome(s) envolvido(s): ______________________________________</w:t>
      </w:r>
    </w:p>
    <w:p>
      <w:pPr>
        <w:jc w:val="both"/>
      </w:pPr>
      <w:r>
        <w:rPr>
          <w:b w:val="0"/>
          <w:i w:val="0"/>
          <w:sz w:val="20"/>
        </w:rPr>
        <w:t>Descrição resumida: _________________________________________</w:t>
      </w:r>
    </w:p>
    <w:p/>
    <w:p/>
    <w:p>
      <w:pPr>
        <w:jc w:val="left"/>
      </w:pPr>
      <w:r>
        <w:rPr>
          <w:b/>
          <w:sz w:val="22"/>
        </w:rPr>
        <w:t>Transcrição do Inteiro Teor:</w:t>
      </w:r>
    </w:p>
    <w:p>
      <w:pPr>
        <w:jc w:val="both"/>
      </w:pPr>
      <w:r>
        <w:rPr>
          <w:b w:val="0"/>
          <w:i w:val="0"/>
          <w:sz w:val="20"/>
        </w:rPr>
        <w:t>______________________________________________________________________________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______________________________________________________________________________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______________________________________________________________________________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______________________________________________________________________________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______________________________________________________________________________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______________________________________________________________________________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______________________________________________________________________________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______________________________________________________________________________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______________________________________________________________________________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______________________________________________________________________________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______________________________________________________________________________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______________________________________________________________________________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______________________________________________________________________________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______________________________________________________________________________</w:t>
      </w:r>
    </w:p>
    <w:p/>
    <w:p/>
    <w:p>
      <w:pPr>
        <w:jc w:val="both"/>
      </w:pPr>
      <w:r>
        <w:rPr>
          <w:b w:val="0"/>
          <w:i/>
          <w:sz w:val="20"/>
        </w:rPr>
        <w:t>E, para constar, lavrei a presente Certidão de Inteiro Teor, que vai por mim assinada e autenticada com o selo deste Cartório.</w:t>
      </w:r>
    </w:p>
    <w:p/>
    <w:p/>
    <w:p/>
    <w:p>
      <w:pPr>
        <w:jc w:val="both"/>
      </w:pPr>
      <w:r>
        <w:rPr>
          <w:b/>
          <w:i w:val="0"/>
          <w:sz w:val="20"/>
        </w:rPr>
        <w:t>Local: ________________________________</w:t>
      </w:r>
    </w:p>
    <w:p>
      <w:pPr>
        <w:jc w:val="both"/>
      </w:pPr>
      <w:r>
        <w:rPr>
          <w:b/>
          <w:i w:val="0"/>
          <w:sz w:val="20"/>
        </w:rPr>
        <w:t>Data: ____ de ____________________ de ________</w:t>
      </w:r>
    </w:p>
    <w:p/>
    <w:p/>
    <w:p/>
    <w:p>
      <w:pPr>
        <w:jc w:val="center"/>
      </w:pPr>
      <w:r>
        <w:rPr>
          <w:b/>
          <w:i w:val="0"/>
          <w:sz w:val="20"/>
        </w:rPr>
        <w:t>____________________________________________</w:t>
      </w:r>
    </w:p>
    <w:p>
      <w:pPr>
        <w:jc w:val="center"/>
      </w:pPr>
      <w:r>
        <w:rPr>
          <w:b w:val="0"/>
          <w:i w:val="0"/>
          <w:sz w:val="20"/>
        </w:rPr>
        <w:t>Nome do Tabelião / Oficial</w:t>
      </w:r>
    </w:p>
    <w:p>
      <w:pPr>
        <w:jc w:val="center"/>
      </w:pPr>
      <w:r>
        <w:rPr>
          <w:b w:val="0"/>
          <w:i w:val="0"/>
          <w:sz w:val="20"/>
        </w:rPr>
        <w:t>Cargo</w:t>
      </w:r>
    </w:p>
    <w:p/>
    <w:p>
      <w:pPr>
        <w:jc w:val="center"/>
      </w:pPr>
      <w:r>
        <w:rPr>
          <w:b w:val="0"/>
          <w:i/>
          <w:sz w:val="20"/>
        </w:rPr>
        <w:t>Carimbo / Selo Oficial do Cartório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https://documentos-br.com/certidao-de-inteiro-teor/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br.com/certidao-de-inteiro-teor/" TargetMode="External"/><Relationship Id="rId10" Type="http://schemas.openxmlformats.org/officeDocument/2006/relationships/hyperlink" Target="https://document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