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DE RECOMENDAÇÃO PROFISSIONAL</w:t>
      </w:r>
    </w:p>
    <w:p/>
    <w:p/>
    <w:p>
      <w:r>
        <w:rPr>
          <w:b w:val="0"/>
          <w:i w:val="0"/>
          <w:sz w:val="22"/>
        </w:rPr>
        <w:t>À quem possa interessar,</w:t>
      </w:r>
    </w:p>
    <w:p/>
    <w:p>
      <w:pPr>
        <w:ind w:firstLine="425"/>
      </w:pPr>
      <w:r>
        <w:rPr>
          <w:b w:val="0"/>
          <w:i w:val="0"/>
          <w:sz w:val="22"/>
        </w:rPr>
        <w:t>Eu, ________________________________________________________, portador(a) do CPF nº ____________________, na qualidade de _______________________________________________________________ da empresa ________________________________________________________________, inscrita no CNPJ sob nº ____________________, venho por meio desta recomendar formalmente o(a) Sr(a). ____________________________________________________________, portador(a) do CPF nº ____________________, que exerceu a função de ________________________________________________________________ em nossa empresa durante o período de _______________ a _______________.</w:t>
      </w:r>
    </w:p>
    <w:p/>
    <w:p>
      <w:pPr>
        <w:ind w:firstLine="425"/>
      </w:pPr>
      <w:r>
        <w:rPr>
          <w:b w:val="0"/>
          <w:i w:val="0"/>
          <w:sz w:val="22"/>
        </w:rPr>
        <w:t>Durante seu período conosco, o(a) Sr(a). ____________________________________________________ demonstrou ser um(a) profissional dedicado(a), responsável, com excelente capacidade técnica e relacionamento interpessoal. Executou suas atividades com zelo e competência, contribuindo significativamente para os resultados da equipe e da organização.</w:t>
      </w:r>
    </w:p>
    <w:p/>
    <w:p>
      <w:pPr>
        <w:ind w:firstLine="425"/>
      </w:pPr>
      <w:r>
        <w:rPr>
          <w:b w:val="0"/>
          <w:i w:val="0"/>
          <w:sz w:val="22"/>
        </w:rPr>
        <w:t>Destacamos suas principais qualidades e competências:</w:t>
      </w:r>
    </w:p>
    <w:p>
      <w:pPr>
        <w:ind w:firstLine="425"/>
      </w:pPr>
      <w:r>
        <w:rPr>
          <w:b w:val="0"/>
          <w:i w:val="0"/>
          <w:sz w:val="22"/>
        </w:rPr>
        <w:t>- Pontualidade e assiduidade irrepreensíveis;</w:t>
      </w:r>
    </w:p>
    <w:p>
      <w:pPr>
        <w:ind w:firstLine="425"/>
      </w:pPr>
      <w:r>
        <w:rPr>
          <w:b w:val="0"/>
          <w:i w:val="0"/>
          <w:sz w:val="22"/>
        </w:rPr>
        <w:t>- Excelente comunicação e trabalho em equipe;</w:t>
      </w:r>
    </w:p>
    <w:p>
      <w:pPr>
        <w:ind w:firstLine="425"/>
      </w:pPr>
      <w:r>
        <w:rPr>
          <w:b w:val="0"/>
          <w:i w:val="0"/>
          <w:sz w:val="22"/>
        </w:rPr>
        <w:t>- Proatividade e capacidade de resolução de problemas;</w:t>
      </w:r>
    </w:p>
    <w:p>
      <w:pPr>
        <w:ind w:firstLine="425"/>
      </w:pPr>
      <w:r>
        <w:rPr>
          <w:b w:val="0"/>
          <w:i w:val="0"/>
          <w:sz w:val="22"/>
        </w:rPr>
        <w:t>- Cumprimento rigoroso das normas internas e de segurança;</w:t>
      </w:r>
    </w:p>
    <w:p>
      <w:pPr>
        <w:ind w:firstLine="425"/>
      </w:pPr>
      <w:r>
        <w:rPr>
          <w:b w:val="0"/>
          <w:i w:val="0"/>
          <w:sz w:val="22"/>
        </w:rPr>
        <w:t>- Atualização constante em sua área de atuação;</w:t>
      </w:r>
    </w:p>
    <w:p>
      <w:pPr>
        <w:ind w:firstLine="425"/>
      </w:pPr>
      <w:r>
        <w:rPr>
          <w:b w:val="0"/>
          <w:i w:val="0"/>
          <w:sz w:val="22"/>
        </w:rPr>
        <w:t>- Espírito colaborativo e liderança quando necessário.</w:t>
      </w:r>
    </w:p>
    <w:p/>
    <w:p>
      <w:pPr>
        <w:ind w:firstLine="425"/>
      </w:pPr>
      <w:r>
        <w:rPr>
          <w:b w:val="0"/>
          <w:i w:val="0"/>
          <w:sz w:val="22"/>
        </w:rPr>
        <w:t>Avaliamos positivamente seu desempenho e recomendamos seu nome para futuras oportunidades profissionais, certos de que será um(a) valioso(a) colaborador(a) em qualquer organização.</w:t>
      </w:r>
    </w:p>
    <w:p/>
    <w:p>
      <w:pPr>
        <w:ind w:firstLine="425"/>
      </w:pPr>
      <w:r>
        <w:rPr>
          <w:b w:val="0"/>
          <w:i w:val="0"/>
          <w:sz w:val="22"/>
        </w:rPr>
        <w:t>Estamos à disposição para quaisquer esclarecimentos adicionais que se fizerem necessários.</w:t>
      </w:r>
    </w:p>
    <w:p/>
    <w:p>
      <w:pPr>
        <w:ind w:firstLine="425"/>
      </w:pPr>
      <w:r>
        <w:rPr>
          <w:b w:val="0"/>
          <w:i w:val="0"/>
          <w:sz w:val="22"/>
        </w:rPr>
        <w:t>Atenciosamente,</w:t>
      </w:r>
    </w:p>
    <w:p/>
    <w:p>
      <w:pPr>
        <w:ind w:firstLine="425"/>
      </w:pPr>
      <w:r>
        <w:rPr>
          <w:b w:val="0"/>
          <w:i w:val="0"/>
          <w:sz w:val="22"/>
        </w:rPr>
        <w:t>___________________________________________________________</w:t>
      </w:r>
    </w:p>
    <w:p>
      <w:pPr>
        <w:ind w:firstLine="425"/>
      </w:pPr>
      <w:r>
        <w:rPr>
          <w:b w:val="0"/>
          <w:i w:val="0"/>
          <w:sz w:val="22"/>
        </w:rPr>
        <w:t>Nome do(a) Recomendante</w:t>
      </w:r>
    </w:p>
    <w:p>
      <w:pPr>
        <w:ind w:firstLine="425"/>
      </w:pPr>
      <w:r>
        <w:rPr>
          <w:b w:val="0"/>
          <w:i w:val="0"/>
          <w:sz w:val="22"/>
        </w:rPr>
        <w:t>Cargo</w:t>
      </w:r>
    </w:p>
    <w:p>
      <w:pPr>
        <w:ind w:firstLine="425"/>
      </w:pPr>
      <w:r>
        <w:rPr>
          <w:b w:val="0"/>
          <w:i w:val="0"/>
          <w:sz w:val="22"/>
        </w:rPr>
        <w:t>Empresa / Órgão</w:t>
      </w:r>
    </w:p>
    <w:p>
      <w:pPr>
        <w:ind w:firstLine="425"/>
      </w:pPr>
      <w:r>
        <w:rPr>
          <w:b w:val="0"/>
          <w:i w:val="0"/>
          <w:sz w:val="22"/>
        </w:rPr>
        <w:t>Telefone: ____________________________</w:t>
      </w:r>
    </w:p>
    <w:p>
      <w:pPr>
        <w:ind w:firstLine="425"/>
      </w:pPr>
      <w:r>
        <w:rPr>
          <w:b w:val="0"/>
          <w:i w:val="0"/>
          <w:sz w:val="22"/>
        </w:rPr>
        <w:t>E-mail: 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https://documentos-br.com/carta-de-recomendacao-profissional/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carta-de-recomendacao-profissional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