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COMPARECIMENTO</w:t>
      </w:r>
    </w:p>
    <w:p/>
    <w:p/>
    <w:p>
      <w:pPr>
        <w:jc w:val="both"/>
      </w:pPr>
      <w:r>
        <w:rPr>
          <w:b w:val="0"/>
          <w:i w:val="0"/>
          <w:sz w:val="22"/>
        </w:rPr>
        <w:t>Eu, ________________________________________________________________, brasileiro(a), portador(a) do RG nº _______________________, CPF nº ____________________________, residente e domiciliado(a) na Rua ________________________________________________________________, nº ________, Bairro ________________________, CEP ____________, na cidade de ____________________________, Estado ____________, declaro para os devidos fins que compareci no dia ___/___/________, às ___:___ horas, no endereço _________________________________________________________________, atendendo à convocação para o(a) ________________________________________________________________ (especificar o motivo do comparecimento, ex.: audiência, reunião, perícia, entrega de documentos, etc.).</w:t>
      </w:r>
    </w:p>
    <w:p/>
    <w:p>
      <w:pPr>
        <w:jc w:val="both"/>
      </w:pPr>
      <w:r>
        <w:rPr>
          <w:b w:val="0"/>
          <w:i w:val="0"/>
          <w:sz w:val="22"/>
        </w:rPr>
        <w:t>Declaro, ainda, estar ciente das responsabilidades e compromissos assumidos em decorrência deste comparecimento, bem como da importância do ato para a regularização e esclarecimento da situação em questão.</w:t>
      </w:r>
    </w:p>
    <w:p/>
    <w:p>
      <w:pPr>
        <w:jc w:val="both"/>
      </w:pPr>
      <w:r>
        <w:rPr>
          <w:b w:val="0"/>
          <w:i w:val="0"/>
          <w:sz w:val="22"/>
        </w:rPr>
        <w:t>Esta carta é emitida para comprovação do comparecimento e pode ser utilizada para os fins legais cabíveis.</w:t>
      </w:r>
    </w:p>
    <w:p/>
    <w:p>
      <w:pPr>
        <w:jc w:val="both"/>
      </w:pPr>
      <w:r>
        <w:rPr>
          <w:b w:val="0"/>
          <w:i w:val="0"/>
          <w:sz w:val="22"/>
        </w:rPr>
        <w:t>Sem mais para o momento, subscrevo-me.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_______________________________</w:t>
      </w:r>
    </w:p>
    <w:p>
      <w:pPr>
        <w:jc w:val="both"/>
      </w:pPr>
      <w:r>
        <w:rPr>
          <w:b w:val="0"/>
          <w:i w:val="0"/>
          <w:sz w:val="22"/>
        </w:rPr>
        <w:t>Assinatura do(a) Comparecente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Nome completo do(a) Comparecente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RG nº: _____________________    CPF nº: _____________________</w:t>
      </w:r>
    </w:p>
    <w:p/>
    <w:p>
      <w:pPr>
        <w:jc w:val="both"/>
      </w:pPr>
      <w:r>
        <w:rPr>
          <w:b w:val="0"/>
          <w:i w:val="0"/>
          <w:sz w:val="22"/>
        </w:rPr>
        <w:t>Contato: ___________________________________</w:t>
      </w:r>
    </w:p>
    <w:p>
      <w:pPr>
        <w:jc w:val="both"/>
      </w:pPr>
      <w:r>
        <w:rPr>
          <w:b w:val="0"/>
          <w:i w:val="0"/>
          <w:sz w:val="22"/>
        </w:rPr>
        <w:t>Telefone: ___________________    E-mail: __________________________</w:t>
      </w:r>
    </w:p>
    <w:p/>
    <w:p>
      <w:pPr>
        <w:jc w:val="both"/>
      </w:pPr>
      <w:r>
        <w:rPr>
          <w:b w:val="0"/>
          <w:i w:val="0"/>
          <w:sz w:val="22"/>
        </w:rPr>
        <w:t>Local: ____________________________</w:t>
      </w:r>
    </w:p>
    <w:p>
      <w:pPr>
        <w:jc w:val="both"/>
      </w:pPr>
      <w:r>
        <w:rPr>
          <w:b w:val="0"/>
          <w:i w:val="0"/>
          <w:sz w:val="22"/>
        </w:rPr>
        <w:t>Data: ____ de _______________ de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https://documentos-br.com/carta-de-comparecimento/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arta-de-comparecimento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