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ANUÊNCIA PARA CANCELAMENTO DE PROTESTO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CARTÓRIO DE TÍTULOS E DOCUMENTOS</w:t>
      </w:r>
    </w:p>
    <w:p>
      <w:r>
        <w:rPr>
          <w:b w:val="0"/>
          <w:sz w:val="22"/>
        </w:rPr>
        <w:t>__________________________</w:t>
      </w:r>
    </w:p>
    <w:p>
      <w:r>
        <w:rPr>
          <w:b w:val="0"/>
          <w:sz w:val="22"/>
        </w:rPr>
        <w:t>_____________________________________________ - Estado: ________</w:t>
      </w:r>
    </w:p>
    <w:p/>
    <w:p>
      <w:r>
        <w:rPr>
          <w:b/>
          <w:sz w:val="22"/>
        </w:rPr>
        <w:t>Ref.: Título Protestado nº: _______________________</w:t>
      </w:r>
    </w:p>
    <w:p/>
    <w:p>
      <w:r>
        <w:rPr>
          <w:b w:val="0"/>
          <w:sz w:val="22"/>
        </w:rPr>
        <w:t>Eu, _________________________________________________, portador(a) do CPF nº ____________________________ e RG nº _________________________, residente e domiciliado(a) na _________________________________________________, neste ato representado(a) por ____________________________________________, na qualidade de ________________________________________, DECLARO para os devidos fins que:</w:t>
      </w:r>
    </w:p>
    <w:p/>
    <w:p>
      <w:r>
        <w:rPr>
          <w:b w:val="0"/>
          <w:sz w:val="22"/>
        </w:rPr>
        <w:t>1. Reconheço e aceito a existência do débito referente ao título protestado supracitado, cuja origem é a seguinte:</w:t>
      </w:r>
    </w:p>
    <w:p/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2. Informo que o débito foi devidamente quitado/negociado com o credor, motivo pelo qual AUTORIZO expressamente o cancelamento do protesto perante este Douto Cartório, bem como renuncio a quaisquer direitos de oposição ou recurso relacionados ao referido protesto.</w:t>
      </w:r>
    </w:p>
    <w:p/>
    <w:p>
      <w:r>
        <w:rPr>
          <w:b w:val="0"/>
          <w:sz w:val="22"/>
        </w:rPr>
        <w:t>3. Declaro, ainda, que a presente Carta de Anuência é firmada de livre e espontânea vontade, sem qualquer coação, dolo ou vício que possa invalidar este ato.</w:t>
      </w:r>
    </w:p>
    <w:p/>
    <w:p/>
    <w:p>
      <w:r>
        <w:rPr>
          <w:b w:val="0"/>
          <w:sz w:val="22"/>
        </w:rPr>
        <w:t>Por ser verdade e para que surta seus jurídicos e legais efeitos, firmo a presente Carta de Anuência.</w:t>
      </w:r>
    </w:p>
    <w:p/>
    <w:p/>
    <w:p/>
    <w:p/>
    <w:p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Assinatura do(a) Declarante</w:t>
      </w:r>
    </w:p>
    <w:p/>
    <w:p/>
    <w:p>
      <w:r>
        <w:rPr>
          <w:b w:val="0"/>
          <w:sz w:val="22"/>
        </w:rPr>
        <w:t>Nome completo: _____________________________________________</w:t>
      </w:r>
    </w:p>
    <w:p>
      <w:r>
        <w:rPr>
          <w:b w:val="0"/>
          <w:sz w:val="22"/>
        </w:rPr>
        <w:t>CPF: _______________________________________________________</w:t>
      </w:r>
    </w:p>
    <w:p>
      <w:r>
        <w:rPr>
          <w:b w:val="0"/>
          <w:sz w:val="22"/>
        </w:rPr>
        <w:t>RG: ________________________________________________________</w:t>
      </w:r>
    </w:p>
    <w:p>
      <w:r>
        <w:rPr>
          <w:b w:val="0"/>
          <w:sz w:val="22"/>
        </w:rPr>
        <w:t>Endereço: _________________________________________________</w:t>
      </w:r>
    </w:p>
    <w:p>
      <w:r>
        <w:rPr>
          <w:b w:val="0"/>
          <w:sz w:val="22"/>
        </w:rPr>
        <w:t>____________________________________________________________</w:t>
      </w:r>
    </w:p>
    <w:p/>
    <w:p/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____________________________________________  CPF: ___________________________</w:t>
      </w:r>
    </w:p>
    <w:p>
      <w:r>
        <w:rPr>
          <w:b w:val="0"/>
          <w:sz w:val="22"/>
        </w:rPr>
        <w:t>Assinatura: ________________________________________</w:t>
      </w:r>
    </w:p>
    <w:p/>
    <w:p/>
    <w:p>
      <w:r>
        <w:rPr>
          <w:b w:val="0"/>
          <w:sz w:val="22"/>
        </w:rPr>
        <w:t>2) Nome: ____________________________________________  CPF: ___________________________</w:t>
      </w:r>
    </w:p>
    <w:p>
      <w:r>
        <w:rPr>
          <w:b w:val="0"/>
          <w:sz w:val="22"/>
        </w:rPr>
        <w:t>Assinatura: ________________________________________</w:t>
      </w:r>
    </w:p>
    <w:p/>
    <w:p/>
    <w:p/>
    <w:p>
      <w:r>
        <w:rPr>
          <w:b w:val="0"/>
          <w:sz w:val="22"/>
        </w:rPr>
        <w:t>Local: _____________________________________________</w:t>
      </w:r>
    </w:p>
    <w:p>
      <w:r>
        <w:rPr>
          <w:b w:val="0"/>
          <w:sz w:val="22"/>
        </w:rPr>
        <w:t>Data: 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https://documentos-br.com/carta-de-anuencia-protesto/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arta-de-anuencia-protest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