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CONVITE PARA ESTRANGEIRO</w:t>
      </w:r>
    </w:p>
    <w:p/>
    <w:p/>
    <w:p>
      <w:pPr>
        <w:jc w:val="both"/>
      </w:pPr>
      <w:r>
        <w:rPr>
          <w:b/>
          <w:i w:val="0"/>
          <w:sz w:val="22"/>
        </w:rPr>
        <w:t>Eu, _________________________________, brasileiro(a), portador(a) do CPF nº ___________________, RG nº ________________, residente e domiciliado(a) à ________________________________________________________________, na cidade de ____________________, Estado de ____________________, CEP ____________, telefone ____________________, e-mail ________________________________, na qualidade de convidante, venho por meio desta convidar o(a) Sr.(a) _________________________________, nacionalidade ______________________, portador(a) do passaporte nº _____________________, residente e domiciliado(a) à ________________________________________________________________, na cidade de ____________________, país de origem ____________________, para visitar o Brasil conforme as condições a seguir:</w:t>
      </w:r>
    </w:p>
    <w:p/>
    <w:p>
      <w:pPr>
        <w:jc w:val="both"/>
      </w:pPr>
      <w:r>
        <w:rPr>
          <w:b/>
          <w:i w:val="0"/>
          <w:sz w:val="22"/>
        </w:rPr>
        <w:t>1. Finalidade da Visita:</w:t>
      </w:r>
    </w:p>
    <w:p>
      <w:pPr>
        <w:jc w:val="both"/>
      </w:pPr>
      <w:r>
        <w:rPr>
          <w:b w:val="0"/>
          <w:i w:val="0"/>
          <w:sz w:val="22"/>
        </w:rPr>
        <w:t>O(a) convidado(a) tem por objetivo realizar visita turística / cultural / científica / empresarial / familiar (especificar) ao Brasil, durante o período compreendido entre _______________ e _______________, sem fins lucrativos ou de trabalho remunerado.</w:t>
      </w:r>
    </w:p>
    <w:p/>
    <w:p>
      <w:pPr>
        <w:jc w:val="both"/>
      </w:pPr>
      <w:r>
        <w:rPr>
          <w:b/>
          <w:i w:val="0"/>
          <w:sz w:val="22"/>
        </w:rPr>
        <w:t>2. Local de Hospedagem:</w:t>
      </w:r>
    </w:p>
    <w:p>
      <w:pPr>
        <w:jc w:val="both"/>
      </w:pPr>
      <w:r>
        <w:rPr>
          <w:b w:val="0"/>
          <w:i w:val="0"/>
          <w:sz w:val="22"/>
        </w:rPr>
        <w:t>O(a) convidado(a) ficará hospedado(a) no endereço do convidante mencionado acima, que se responsabiliza por sua acomodação durante toda a estadia.</w:t>
      </w:r>
    </w:p>
    <w:p/>
    <w:p>
      <w:pPr>
        <w:jc w:val="both"/>
      </w:pPr>
      <w:r>
        <w:rPr>
          <w:b/>
          <w:i w:val="0"/>
          <w:sz w:val="22"/>
        </w:rPr>
        <w:t>3. Responsabilidades do Convidante:</w:t>
      </w:r>
    </w:p>
    <w:p>
      <w:pPr>
        <w:jc w:val="both"/>
      </w:pPr>
      <w:r>
        <w:rPr>
          <w:b w:val="0"/>
          <w:i/>
          <w:sz w:val="22"/>
        </w:rPr>
        <w:t>a) Fornecer suporte e assistência ao(à) convidado(a) durante a estadia no Brasil;</w:t>
      </w:r>
    </w:p>
    <w:p>
      <w:pPr>
        <w:jc w:val="both"/>
      </w:pPr>
      <w:r>
        <w:rPr>
          <w:b w:val="0"/>
          <w:i/>
          <w:sz w:val="22"/>
        </w:rPr>
        <w:t>b) Responsabilizar-se pelo cumprimento das normas legais e migratórias vigentes;</w:t>
      </w:r>
    </w:p>
    <w:p>
      <w:pPr>
        <w:jc w:val="both"/>
      </w:pPr>
      <w:r>
        <w:rPr>
          <w:b w:val="0"/>
          <w:i/>
          <w:sz w:val="22"/>
        </w:rPr>
        <w:t>c) Não se responsabilizar por despesas médicas, hospitalares ou quaisquer outras que não estejam expressamente acordadas;</w:t>
      </w:r>
    </w:p>
    <w:p/>
    <w:p>
      <w:pPr>
        <w:jc w:val="both"/>
      </w:pPr>
      <w:r>
        <w:rPr>
          <w:b/>
          <w:i w:val="0"/>
          <w:sz w:val="22"/>
        </w:rPr>
        <w:t>4. Informações Complementares:</w:t>
      </w:r>
    </w:p>
    <w:p>
      <w:pPr>
        <w:jc w:val="both"/>
      </w:pPr>
      <w:r>
        <w:rPr>
          <w:b w:val="0"/>
          <w:i w:val="0"/>
          <w:sz w:val="22"/>
        </w:rPr>
        <w:t>O(a) convidado(a) deverá portar todos os documentos pessoais necessários para entrada no território brasileiro, incluindo passaporte válido, visto (se aplicável), e comprovação de recursos financeiros para custear sua permanência.</w:t>
      </w:r>
    </w:p>
    <w:p/>
    <w:p>
      <w:pPr>
        <w:jc w:val="both"/>
      </w:pPr>
      <w:r>
        <w:rPr>
          <w:b w:val="0"/>
          <w:i w:val="0"/>
          <w:sz w:val="22"/>
        </w:rPr>
        <w:t>Declaro, para os devidos fins, que as informações acima são verdadeiras e que assumo total responsabilidade pelo conteúdo desta carta convite.</w:t>
      </w:r>
    </w:p>
    <w:p/>
    <w:p>
      <w:pPr>
        <w:jc w:val="both"/>
      </w:pPr>
      <w:r>
        <w:rPr>
          <w:b w:val="0"/>
          <w:i w:val="0"/>
          <w:sz w:val="22"/>
        </w:rPr>
        <w:t>Atenciosamente,</w:t>
      </w:r>
    </w:p>
    <w:p/>
    <w:p>
      <w:pPr>
        <w:jc w:val="both"/>
      </w:pPr>
      <w:r>
        <w:rPr>
          <w:b w:val="0"/>
          <w:i w:val="0"/>
          <w:sz w:val="22"/>
        </w:rPr>
        <w:t>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Assinatura do Convidante</w:t>
      </w:r>
    </w:p>
    <w:p/>
    <w:p>
      <w:pPr>
        <w:jc w:val="both"/>
      </w:pPr>
      <w:r>
        <w:rPr>
          <w:b w:val="0"/>
          <w:i w:val="0"/>
          <w:sz w:val="22"/>
        </w:rPr>
        <w:t>Nome completo: _________________________________</w:t>
      </w:r>
    </w:p>
    <w:p>
      <w:pPr>
        <w:jc w:val="center"/>
      </w:pPr>
      <w:r>
        <w:rPr>
          <w:b/>
          <w:i w:val="0"/>
          <w:sz w:val="22"/>
        </w:rPr>
        <w:t>CPF: _________________________</w:t>
      </w:r>
    </w:p>
    <w:p>
      <w:pPr>
        <w:jc w:val="center"/>
      </w:pPr>
      <w:r>
        <w:rPr>
          <w:b/>
          <w:i w:val="0"/>
          <w:sz w:val="22"/>
        </w:rPr>
        <w:t>RG: 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Telefone: _____________________</w:t>
      </w:r>
    </w:p>
    <w:p>
      <w:pPr>
        <w:jc w:val="both"/>
      </w:pPr>
      <w:r>
        <w:rPr>
          <w:b w:val="0"/>
          <w:i w:val="0"/>
          <w:sz w:val="22"/>
        </w:rPr>
        <w:t>E-mail: ______________________</w:t>
      </w:r>
    </w:p>
    <w:p/>
    <w:p>
      <w:pPr>
        <w:jc w:val="both"/>
      </w:pPr>
      <w:r>
        <w:rPr>
          <w:b w:val="0"/>
          <w:i w:val="0"/>
          <w:sz w:val="22"/>
        </w:rPr>
        <w:t>Local: _____________________</w:t>
      </w:r>
    </w:p>
    <w:p/>
    <w:p>
      <w:pPr>
        <w:jc w:val="both"/>
      </w:pPr>
      <w:r>
        <w:rPr>
          <w:b w:val="0"/>
          <w:i w:val="0"/>
          <w:sz w:val="22"/>
        </w:rPr>
        <w:t>Obs.: Esta carta convite é um documento de caráter particular e não substitui os requisitos legais exigidos pelo Consulado ou pela Polícia Federal para obtenção de visto ou entrada no Brasil.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https://documentos-br.com/carta-convite-para-estrangeiro/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carta-convite-para-estrangeiro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