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AÇÃO DE DESPEJO COM COBRANÇA</w:t>
      </w:r>
    </w:p>
    <w:p/>
    <w:p>
      <w:r>
        <w:rPr>
          <w:b w:val="0"/>
          <w:sz w:val="20"/>
        </w:rPr>
        <w:t>EXCELENTÍSSIMO(A) SENHOR(A) DOUTOR(A) JUIZ(A) DE DIREITO DO ___º JUIZADO ESPECIAL CÍVEL DA COMARCA DE _____________________</w:t>
      </w:r>
    </w:p>
    <w:p/>
    <w:p>
      <w:r>
        <w:rPr>
          <w:b/>
          <w:sz w:val="20"/>
        </w:rPr>
        <w:t>REQUERENTE:</w:t>
      </w:r>
    </w:p>
    <w:p>
      <w:r>
        <w:rPr>
          <w:b w:val="0"/>
          <w:sz w:val="20"/>
        </w:rPr>
        <w:t>Nome: _________________________________________________________________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______________________________________________________________</w:t>
      </w:r>
    </w:p>
    <w:p>
      <w:r>
        <w:rPr>
          <w:b w:val="0"/>
          <w:sz w:val="20"/>
        </w:rPr>
        <w:t>CPF: _________________________________________________________________</w:t>
      </w:r>
    </w:p>
    <w:p>
      <w:r>
        <w:rPr>
          <w:b w:val="0"/>
          <w:sz w:val="20"/>
        </w:rPr>
        <w:t>RG: _________________________________________________________________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______________________________________________________________</w:t>
      </w:r>
    </w:p>
    <w:p>
      <w:r>
        <w:rPr>
          <w:b w:val="0"/>
          <w:sz w:val="20"/>
        </w:rPr>
        <w:t>CEP: _________________________________________________________________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</w:t>
      </w:r>
    </w:p>
    <w:p/>
    <w:p>
      <w:r>
        <w:rPr>
          <w:b/>
          <w:sz w:val="20"/>
        </w:rPr>
        <w:t>REQUERIDO:</w:t>
      </w:r>
    </w:p>
    <w:p>
      <w:r>
        <w:rPr>
          <w:b w:val="0"/>
          <w:sz w:val="20"/>
        </w:rPr>
        <w:t>Nome/Razão Social: ______________________________________________________</w:t>
      </w:r>
    </w:p>
    <w:p>
      <w:r>
        <w:rPr>
          <w:b w:val="0"/>
          <w:sz w:val="20"/>
        </w:rPr>
        <w:t>CPF/CNPJ: _____________________________________________________________</w:t>
      </w:r>
    </w:p>
    <w:p>
      <w:r>
        <w:rPr>
          <w:b w:val="0"/>
          <w:sz w:val="20"/>
        </w:rPr>
        <w:t>Endereço do imóvel objeto da lide: ________________________________________</w:t>
      </w:r>
    </w:p>
    <w:p>
      <w:r>
        <w:rPr>
          <w:b w:val="0"/>
          <w:sz w:val="20"/>
        </w:rPr>
        <w:t>CEP: _________________________________________________________________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O Requerente é proprietário do imóvel localizado no endereço acima referido, que foi objeto de contrato de locação celebrado entre as partes, tendo como locatário o Requerido.</w:t>
      </w:r>
    </w:p>
    <w:p/>
    <w:p>
      <w:r>
        <w:rPr>
          <w:b w:val="0"/>
          <w:sz w:val="20"/>
        </w:rPr>
        <w:t>Ocorre que o Requerido encontra-se inadimplente com o pagamento dos alugueis e encargos locatícios desde o mês de _______________, totalizando até a presente data a quantia de R$ _______________ (_________________________ reais), conforme demonstrativo anexo.</w:t>
      </w:r>
    </w:p>
    <w:p/>
    <w:p>
      <w:r>
        <w:rPr>
          <w:b w:val="0"/>
          <w:sz w:val="20"/>
        </w:rPr>
        <w:t>Além do inadimplemento, o Requerido permanece na posse do imóvel, sem pagar os valores devidos, motivo pelo qual o Requerente busca a tutela jurisdicional para a desocupação do imóvel e cobrança dos débitos.</w:t>
      </w:r>
    </w:p>
    <w:p/>
    <w:p>
      <w:r>
        <w:rPr>
          <w:b/>
          <w:sz w:val="22"/>
        </w:rPr>
        <w:t>II – DO DIREITO</w:t>
      </w:r>
    </w:p>
    <w:p/>
    <w:p>
      <w:r>
        <w:rPr>
          <w:b w:val="0"/>
          <w:sz w:val="20"/>
        </w:rPr>
        <w:t>A presente demanda encontra amparo nos artigos 59 e seguintes da Lei nº 8.245/91 (Lei do Inquilinato), que dispõe sobre a retomada do imóvel pelo locador em caso de falta de pagamento do locatário.</w:t>
      </w:r>
    </w:p>
    <w:p/>
    <w:p>
      <w:r>
        <w:rPr>
          <w:b w:val="0"/>
          <w:sz w:val="20"/>
        </w:rPr>
        <w:t>Conforme dispõe o artigo 62 da referida lei, o locador pode propor ação de despejo com cobrança cumulada dos alugueis e encargos em atraso.</w:t>
      </w:r>
    </w:p>
    <w:p/>
    <w:p>
      <w:r>
        <w:rPr>
          <w:b/>
          <w:sz w:val="22"/>
        </w:rPr>
        <w:t>III – DOS PEDIDOS</w:t>
      </w:r>
    </w:p>
    <w:p/>
    <w:p>
      <w:r>
        <w:rPr>
          <w:b/>
          <w:sz w:val="20"/>
        </w:rPr>
        <w:t>Diante do exposto, requer-se a Vossa Excelência:</w:t>
      </w:r>
    </w:p>
    <w:p/>
    <w:p>
      <w:r>
        <w:rPr>
          <w:b w:val="0"/>
          <w:sz w:val="20"/>
        </w:rPr>
        <w:t>1. A citação do Requerido para que, querendo, apresente contestação no prazo legal;</w:t>
      </w:r>
    </w:p>
    <w:p>
      <w:r>
        <w:rPr>
          <w:b w:val="0"/>
          <w:sz w:val="20"/>
        </w:rPr>
        <w:t>2. A procedência da ação para determinar a desocupação do imóvel pelo Requerido no prazo legal;</w:t>
      </w:r>
    </w:p>
    <w:p>
      <w:r>
        <w:rPr>
          <w:b w:val="0"/>
          <w:sz w:val="20"/>
        </w:rPr>
        <w:t>3. A condenação do Requerido ao pagamento dos alugueis e encargos locatícios em atraso, no valor de R$ _______________ (_________________________ reais), acrescidos de correção monetária, juros legais e honorários advocatícios;</w:t>
      </w:r>
    </w:p>
    <w:p>
      <w:r>
        <w:rPr>
          <w:b w:val="0"/>
          <w:sz w:val="20"/>
        </w:rPr>
        <w:t>4. A condenação do Requerido ao pagamento das custas processuais e demais cominações legais;</w:t>
      </w:r>
    </w:p>
    <w:p>
      <w:r>
        <w:rPr>
          <w:b w:val="0"/>
          <w:sz w:val="20"/>
        </w:rPr>
        <w:t>5. Caso não desocupe o imóvel voluntariamente, que seja determinado o despejo compulsório com o auxílio de força policial, se necessário;</w:t>
      </w:r>
    </w:p>
    <w:p>
      <w:r>
        <w:rPr>
          <w:b w:val="0"/>
          <w:sz w:val="20"/>
        </w:rPr>
        <w:t>6. A produção de todas as provas em direito admitidas, especialmente documental e testemunhal;</w:t>
      </w:r>
    </w:p>
    <w:p/>
    <w:p>
      <w:r>
        <w:rPr>
          <w:b/>
          <w:sz w:val="22"/>
        </w:rPr>
        <w:t>IV – DO VALOR DA CAUSA</w:t>
      </w:r>
    </w:p>
    <w:p/>
    <w:p>
      <w:r>
        <w:rPr>
          <w:b w:val="0"/>
          <w:sz w:val="20"/>
        </w:rPr>
        <w:t>Dá-se à causa o valor de R$ _______________ (_________________________ reais), para efeitos fiscais e de alçada.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__________________________, ________________</w:t>
      </w:r>
    </w:p>
    <w:p>
      <w:r>
        <w:rPr>
          <w:b w:val="0"/>
          <w:sz w:val="20"/>
        </w:rPr>
        <w:t>Local e data</w:t>
      </w:r>
    </w:p>
    <w:p/>
    <w:p>
      <w:r>
        <w:rPr>
          <w:b w:val="0"/>
          <w:sz w:val="20"/>
        </w:rPr>
        <w:t>______________________________________________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OAB/___ nº 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https://documentos-br.com/acao-de-despejo-com-cobranca/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br.com/acao-de-despejo-com-cobranca/" TargetMode="External"/><Relationship Id="rId10" Type="http://schemas.openxmlformats.org/officeDocument/2006/relationships/hyperlink" Target="https://document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