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COBRANÇA</w:t>
      </w:r>
    </w:p>
    <w:p/>
    <w:p/>
    <w:p>
      <w:r>
        <w:rPr>
          <w:b/>
          <w:sz w:val="20"/>
        </w:rPr>
        <w:t>EXCELENTÍSSIMO(A) SENHOR(A) DOUTOR(A) JUIZ(A) DE DIREITO DA ___ VARA CÍVEL DA COMARCA DE ____________________</w:t>
      </w:r>
    </w:p>
    <w:p/>
    <w:p/>
    <w:p>
      <w:r>
        <w:rPr>
          <w:b/>
          <w:sz w:val="20"/>
        </w:rPr>
        <w:t>AUTOR:</w:t>
      </w:r>
    </w:p>
    <w:p>
      <w:r>
        <w:rPr>
          <w:b w:val="0"/>
          <w:sz w:val="20"/>
        </w:rPr>
        <w:t>Nome: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</w:t>
      </w:r>
    </w:p>
    <w:p>
      <w:r>
        <w:rPr>
          <w:b w:val="0"/>
          <w:sz w:val="20"/>
        </w:rPr>
        <w:t>Estado Civil: ______________________________________________________</w:t>
      </w:r>
    </w:p>
    <w:p>
      <w:r>
        <w:rPr>
          <w:b w:val="0"/>
          <w:sz w:val="20"/>
        </w:rPr>
        <w:t>Profissão: _________________________________________________________</w:t>
      </w:r>
    </w:p>
    <w:p>
      <w:r>
        <w:rPr>
          <w:b w:val="0"/>
          <w:sz w:val="20"/>
        </w:rPr>
        <w:t>CPF: 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</w:t>
      </w:r>
    </w:p>
    <w:p>
      <w:r>
        <w:rPr>
          <w:b w:val="0"/>
          <w:sz w:val="20"/>
        </w:rPr>
        <w:t>CEP: 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</w:t>
      </w:r>
    </w:p>
    <w:p/>
    <w:p>
      <w:r>
        <w:rPr>
          <w:b/>
          <w:sz w:val="20"/>
        </w:rPr>
        <w:t>RÉU:</w:t>
      </w:r>
    </w:p>
    <w:p>
      <w:r>
        <w:rPr>
          <w:b w:val="0"/>
          <w:sz w:val="20"/>
        </w:rPr>
        <w:t>Nome: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</w:t>
      </w:r>
    </w:p>
    <w:p>
      <w:r>
        <w:rPr>
          <w:b w:val="0"/>
          <w:sz w:val="20"/>
        </w:rPr>
        <w:t>Estado Civil: ______________________________________________________</w:t>
      </w:r>
    </w:p>
    <w:p>
      <w:r>
        <w:rPr>
          <w:b w:val="0"/>
          <w:sz w:val="20"/>
        </w:rPr>
        <w:t>Profissão: _________________________________________________________</w:t>
      </w:r>
    </w:p>
    <w:p>
      <w:r>
        <w:rPr>
          <w:b w:val="0"/>
          <w:sz w:val="20"/>
        </w:rPr>
        <w:t>CPF/CNPJ: 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</w:t>
      </w:r>
    </w:p>
    <w:p>
      <w:r>
        <w:rPr>
          <w:b w:val="0"/>
          <w:sz w:val="20"/>
        </w:rPr>
        <w:t>CEP: 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</w:t>
      </w:r>
    </w:p>
    <w:p/>
    <w:p/>
    <w:p>
      <w:r>
        <w:rPr>
          <w:b/>
          <w:sz w:val="24"/>
        </w:rPr>
        <w:t>I - DOS FATOS</w:t>
      </w:r>
    </w:p>
    <w:p/>
    <w:p>
      <w:r>
        <w:rPr>
          <w:b w:val="0"/>
          <w:sz w:val="20"/>
        </w:rPr>
        <w:t>1. O Autor celebrou com o Réu um contrato para fornecimento/prestação de serviços conforme descrito abaixo: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2. O Réu, entretanto, não efetuou o pagamento do valor pactuado, qual seja, R$ ____________________________, referente ao período/serviço descrito.</w:t>
      </w:r>
    </w:p>
    <w:p>
      <w:r>
        <w:rPr>
          <w:b w:val="0"/>
          <w:sz w:val="20"/>
        </w:rPr>
        <w:t>3. Foram diversas as tentativas amigáveis de cobrança, todas infrutíferas, conforme demonstram as comunicações anexas.</w:t>
      </w:r>
    </w:p>
    <w:p/>
    <w:p>
      <w:r>
        <w:rPr>
          <w:b/>
          <w:sz w:val="24"/>
        </w:rPr>
        <w:t>II - DO DIREITO</w:t>
      </w:r>
    </w:p>
    <w:p/>
    <w:p>
      <w:r>
        <w:rPr>
          <w:b w:val="0"/>
          <w:sz w:val="20"/>
        </w:rPr>
        <w:t>4. O não pagamento da quantia devida configura inadimplemento contratual, nos termos do artigo 389 do Código Civil, que assegura ao credor o direito de exigir o cumprimento da obrigação ou a resolução do contrato, com perdas e danos.</w:t>
      </w:r>
    </w:p>
    <w:p>
      <w:r>
        <w:rPr>
          <w:b w:val="0"/>
          <w:sz w:val="20"/>
        </w:rPr>
        <w:t>5. Ademais, a presente cobrança encontra respaldo nos artigos 395 e seguintes do Código Civil, que tratam da mora do devedor.</w:t>
      </w:r>
    </w:p>
    <w:p>
      <w:r>
        <w:rPr>
          <w:b w:val="0"/>
          <w:sz w:val="20"/>
        </w:rPr>
        <w:t>6. O Autor faz jus à cobrança do valor principal atualizado, além de juros legais e correção monetária.</w:t>
      </w:r>
    </w:p>
    <w:p/>
    <w:p>
      <w:r>
        <w:rPr>
          <w:b/>
          <w:sz w:val="24"/>
        </w:rPr>
        <w:t>III - DOS PEDIDOS</w:t>
      </w:r>
    </w:p>
    <w:p/>
    <w:p>
      <w:r>
        <w:rPr>
          <w:b w:val="0"/>
          <w:sz w:val="20"/>
        </w:rPr>
        <w:t>Diante do exposto, requer:</w:t>
      </w:r>
    </w:p>
    <w:p/>
    <w:p>
      <w:r>
        <w:rPr>
          <w:b w:val="0"/>
          <w:sz w:val="20"/>
        </w:rPr>
        <w:t>a) A citação do Réu para que pague a quantia de R$ ____________________________, acrescida de juros legais e correção monetária, no prazo legal, sob pena de revelia e confissão quanto à matéria de fato;</w:t>
      </w:r>
    </w:p>
    <w:p>
      <w:r>
        <w:rPr>
          <w:b w:val="0"/>
          <w:sz w:val="20"/>
        </w:rPr>
        <w:t>b) A condenação do Réu ao pagamento das custas processuais e honorários advocatícios;</w:t>
      </w:r>
    </w:p>
    <w:p>
      <w:r>
        <w:rPr>
          <w:b w:val="0"/>
          <w:sz w:val="20"/>
        </w:rPr>
        <w:t>c) A produção de todas as provas em direito admitidas, em especial documental, testemunhal e pericial, caso necessário;</w:t>
      </w:r>
    </w:p>
    <w:p>
      <w:r>
        <w:rPr>
          <w:b w:val="0"/>
          <w:sz w:val="20"/>
        </w:rPr>
        <w:t>d) A intimação do Réu para, querendo, apresentar contestação no prazo legal;</w:t>
      </w:r>
    </w:p>
    <w:p>
      <w:r>
        <w:rPr>
          <w:b w:val="0"/>
          <w:sz w:val="20"/>
        </w:rPr>
        <w:t>e) A procedência total da ação, com a consequente condenação do Réu ao pagamento do valor cobrado.</w:t>
      </w:r>
    </w:p>
    <w:p/>
    <w:p>
      <w:r>
        <w:rPr>
          <w:b/>
          <w:sz w:val="24"/>
        </w:rPr>
        <w:t>IV - DO VALOR DA CAUSA</w:t>
      </w:r>
    </w:p>
    <w:p/>
    <w:p>
      <w:r>
        <w:rPr>
          <w:b w:val="0"/>
          <w:sz w:val="20"/>
        </w:rPr>
        <w:t>Dá-se à presente causa o valor de R$ ____________________________ para efeitos fiscais.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_____________________________________________</w:t>
      </w:r>
    </w:p>
    <w:p>
      <w:pPr>
        <w:jc w:val="center"/>
      </w:pPr>
      <w:r>
        <w:rPr>
          <w:b w:val="0"/>
          <w:sz w:val="20"/>
        </w:rPr>
        <w:t>Local e Data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https://documentos-br.com/acao-de-cobranca/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acao-de-cobranca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